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25566" w14:textId="77777777" w:rsidR="004327AF" w:rsidRDefault="004327AF">
      <w:pPr>
        <w:pStyle w:val="Ttulo"/>
        <w:rPr>
          <w:rFonts w:ascii="Arial" w:hAnsi="Arial"/>
        </w:rPr>
      </w:pPr>
    </w:p>
    <w:p w14:paraId="35A68BA8" w14:textId="77777777" w:rsidR="004327AF" w:rsidRDefault="004327AF">
      <w:pPr>
        <w:pStyle w:val="Ttulo"/>
        <w:rPr>
          <w:rFonts w:ascii="Arial" w:hAnsi="Arial"/>
        </w:rPr>
      </w:pPr>
    </w:p>
    <w:p w14:paraId="62819902" w14:textId="77777777" w:rsidR="004327AF" w:rsidRDefault="004327AF">
      <w:pPr>
        <w:pStyle w:val="Ttulo"/>
        <w:rPr>
          <w:rFonts w:ascii="Arial" w:hAnsi="Arial"/>
        </w:rPr>
      </w:pPr>
    </w:p>
    <w:p w14:paraId="0F1E1D08" w14:textId="77777777" w:rsidR="004327AF" w:rsidRDefault="004327AF">
      <w:pPr>
        <w:pStyle w:val="Ttulo"/>
        <w:rPr>
          <w:rFonts w:ascii="Arial" w:hAnsi="Arial"/>
        </w:rPr>
      </w:pPr>
    </w:p>
    <w:p w14:paraId="3E901ACC" w14:textId="77777777" w:rsidR="004327AF" w:rsidRDefault="004327AF">
      <w:pPr>
        <w:pStyle w:val="Ttulo"/>
        <w:rPr>
          <w:rFonts w:ascii="Arial" w:hAnsi="Arial"/>
        </w:rPr>
      </w:pPr>
    </w:p>
    <w:p w14:paraId="3B5C9883" w14:textId="1DA29481" w:rsidR="002E64B4" w:rsidRPr="003170BC" w:rsidRDefault="00A00CBA">
      <w:pPr>
        <w:pStyle w:val="Ttulo"/>
        <w:rPr>
          <w:rFonts w:ascii="Arial" w:hAnsi="Arial"/>
          <w:color w:val="0070C0"/>
          <w:lang w:val="pt-PT"/>
        </w:rPr>
      </w:pPr>
      <w:r w:rsidRPr="003170BC">
        <w:rPr>
          <w:rFonts w:ascii="Arial" w:hAnsi="Arial"/>
          <w:color w:val="0070C0"/>
          <w:lang w:val="pt-PT"/>
        </w:rPr>
        <w:t>Matriz de análise de imagem</w:t>
      </w:r>
    </w:p>
    <w:p w14:paraId="6F5E2833" w14:textId="77777777" w:rsidR="003170BC" w:rsidRDefault="003170BC" w:rsidP="003170BC">
      <w:pPr>
        <w:rPr>
          <w:lang w:val="pt-PT"/>
        </w:rPr>
      </w:pPr>
    </w:p>
    <w:p w14:paraId="203C2EB4" w14:textId="77777777" w:rsidR="003170BC" w:rsidRPr="003170BC" w:rsidRDefault="003170BC" w:rsidP="003170BC">
      <w:pPr>
        <w:rPr>
          <w:lang w:val="pt-PT"/>
        </w:rPr>
      </w:pPr>
    </w:p>
    <w:p w14:paraId="6A53B24D" w14:textId="77777777" w:rsidR="002E64B4" w:rsidRPr="004327AF" w:rsidRDefault="00A00CBA">
      <w:pPr>
        <w:spacing w:after="220"/>
        <w:rPr>
          <w:lang w:val="pt-PT"/>
        </w:rPr>
      </w:pPr>
      <w:r w:rsidRPr="004327AF">
        <w:rPr>
          <w:color w:val="1F4E78"/>
          <w:sz w:val="24"/>
          <w:lang w:val="pt-PT"/>
        </w:rPr>
        <w:t>Produto para alunos do Ensino Básico e do Ensino Secundário</w:t>
      </w:r>
    </w:p>
    <w:p w14:paraId="27EC3693" w14:textId="77777777" w:rsidR="002E64B4" w:rsidRPr="004327AF" w:rsidRDefault="00A00CBA">
      <w:pPr>
        <w:rPr>
          <w:lang w:val="pt-PT"/>
        </w:rPr>
      </w:pPr>
      <w:r w:rsidRPr="004327AF">
        <w:rPr>
          <w:lang w:val="pt-PT"/>
        </w:rPr>
        <w:t>Esta matriz ajuda a passar da observação para uma interpretação fundamentada. Os elementos formais explicam como a imagem foi construída. Os elementos de conteúdo ajudam a compreender o que representa, que mensagem propõe e em que contexto circula.</w:t>
      </w:r>
    </w:p>
    <w:p w14:paraId="2BF66FE2" w14:textId="3FD880B0" w:rsidR="002E64B4" w:rsidRPr="004327AF" w:rsidRDefault="00A00CBA">
      <w:pPr>
        <w:spacing w:after="80"/>
        <w:rPr>
          <w:lang w:val="pt-PT"/>
        </w:rPr>
      </w:pPr>
      <w:r w:rsidRPr="004327AF">
        <w:rPr>
          <w:b/>
          <w:lang w:val="pt-PT"/>
        </w:rPr>
        <w:t>Nome</w:t>
      </w:r>
    </w:p>
    <w:p w14:paraId="282EF9B5" w14:textId="6FCDBCD9" w:rsidR="002E64B4" w:rsidRPr="004327AF" w:rsidRDefault="00A00CBA">
      <w:pPr>
        <w:spacing w:after="80"/>
        <w:rPr>
          <w:lang w:val="pt-PT"/>
        </w:rPr>
      </w:pPr>
      <w:r w:rsidRPr="004327AF">
        <w:rPr>
          <w:b/>
          <w:lang w:val="pt-PT"/>
        </w:rPr>
        <w:t xml:space="preserve">Turma e ano </w:t>
      </w:r>
    </w:p>
    <w:p w14:paraId="2D2E6EF8" w14:textId="42D2B3AA" w:rsidR="002E64B4" w:rsidRPr="004327AF" w:rsidRDefault="00A00CBA">
      <w:pPr>
        <w:spacing w:after="80"/>
        <w:rPr>
          <w:lang w:val="pt-PT"/>
        </w:rPr>
      </w:pPr>
      <w:r w:rsidRPr="004327AF">
        <w:rPr>
          <w:b/>
          <w:lang w:val="pt-PT"/>
        </w:rPr>
        <w:t xml:space="preserve">Disciplina </w:t>
      </w:r>
    </w:p>
    <w:p w14:paraId="6963EE3E" w14:textId="28434AB7" w:rsidR="002E64B4" w:rsidRPr="004327AF" w:rsidRDefault="00A00CBA">
      <w:pPr>
        <w:spacing w:after="80"/>
        <w:rPr>
          <w:lang w:val="pt-PT"/>
        </w:rPr>
      </w:pPr>
      <w:r w:rsidRPr="004327AF">
        <w:rPr>
          <w:b/>
          <w:lang w:val="pt-PT"/>
        </w:rPr>
        <w:t xml:space="preserve">Título ou identificação da imagem </w:t>
      </w:r>
    </w:p>
    <w:p w14:paraId="39B7ABAC" w14:textId="6F70F32E" w:rsidR="002E64B4" w:rsidRDefault="00A00CBA">
      <w:pPr>
        <w:spacing w:after="80"/>
        <w:rPr>
          <w:color w:val="666666"/>
          <w:sz w:val="19"/>
          <w:lang w:val="pt-PT"/>
        </w:rPr>
      </w:pPr>
      <w:r w:rsidRPr="004327AF">
        <w:rPr>
          <w:b/>
          <w:lang w:val="pt-PT"/>
        </w:rPr>
        <w:t xml:space="preserve">Autor fonte e data </w:t>
      </w:r>
    </w:p>
    <w:p w14:paraId="13327A62" w14:textId="77777777" w:rsidR="003170BC" w:rsidRPr="004327AF" w:rsidRDefault="003170BC">
      <w:pPr>
        <w:spacing w:after="80"/>
        <w:rPr>
          <w:lang w:val="pt-PT"/>
        </w:rPr>
      </w:pPr>
    </w:p>
    <w:p w14:paraId="5641B595" w14:textId="77777777" w:rsidR="002E64B4" w:rsidRPr="004327AF" w:rsidRDefault="00A00CBA">
      <w:pPr>
        <w:pStyle w:val="Ttulo1"/>
        <w:rPr>
          <w:lang w:val="pt-PT"/>
        </w:rPr>
      </w:pPr>
      <w:r w:rsidRPr="004327AF">
        <w:rPr>
          <w:lang w:val="pt-PT"/>
        </w:rPr>
        <w:t>Como trabalhar</w:t>
      </w:r>
    </w:p>
    <w:p w14:paraId="31DFF5A3" w14:textId="77777777" w:rsidR="002E64B4" w:rsidRPr="004327AF" w:rsidRDefault="00A00CBA">
      <w:pPr>
        <w:spacing w:after="60"/>
        <w:ind w:left="403" w:hanging="317"/>
        <w:rPr>
          <w:lang w:val="pt-PT"/>
        </w:rPr>
      </w:pPr>
      <w:r w:rsidRPr="004327AF">
        <w:rPr>
          <w:lang w:val="pt-PT"/>
        </w:rPr>
        <w:t>1.  Observa a imagem antes de ler uma legenda ou comentário.</w:t>
      </w:r>
    </w:p>
    <w:p w14:paraId="77DF4641" w14:textId="77777777" w:rsidR="002E64B4" w:rsidRPr="004327AF" w:rsidRDefault="00A00CBA">
      <w:pPr>
        <w:spacing w:after="60"/>
        <w:ind w:left="403" w:hanging="317"/>
        <w:rPr>
          <w:lang w:val="pt-PT"/>
        </w:rPr>
      </w:pPr>
      <w:r w:rsidRPr="004327AF">
        <w:rPr>
          <w:lang w:val="pt-PT"/>
        </w:rPr>
        <w:t>2.  Descreve primeiro aquilo que consegues localizar. Evita começar por opiniões.</w:t>
      </w:r>
    </w:p>
    <w:p w14:paraId="4B9715DC" w14:textId="77777777" w:rsidR="002E64B4" w:rsidRPr="004327AF" w:rsidRDefault="00A00CBA">
      <w:pPr>
        <w:spacing w:after="60"/>
        <w:ind w:left="403" w:hanging="317"/>
        <w:rPr>
          <w:lang w:val="pt-PT"/>
        </w:rPr>
      </w:pPr>
      <w:r w:rsidRPr="004327AF">
        <w:rPr>
          <w:lang w:val="pt-PT"/>
        </w:rPr>
        <w:t>3.  Analisa as escolhas formais e relaciona-as com a mensagem.</w:t>
      </w:r>
    </w:p>
    <w:p w14:paraId="7E2E88A3" w14:textId="77777777" w:rsidR="002E64B4" w:rsidRPr="004327AF" w:rsidRDefault="00A00CBA">
      <w:pPr>
        <w:spacing w:after="60"/>
        <w:ind w:left="403" w:hanging="317"/>
        <w:rPr>
          <w:lang w:val="pt-PT"/>
        </w:rPr>
      </w:pPr>
      <w:r w:rsidRPr="004327AF">
        <w:rPr>
          <w:lang w:val="pt-PT"/>
        </w:rPr>
        <w:t>4.  Distingue o que a imagem mostra, o que sugere e o que não permite concluir.</w:t>
      </w:r>
    </w:p>
    <w:p w14:paraId="5A3CCEBF" w14:textId="77777777" w:rsidR="002E64B4" w:rsidRDefault="00A00CBA">
      <w:pPr>
        <w:spacing w:after="60"/>
        <w:ind w:left="403" w:hanging="317"/>
        <w:rPr>
          <w:lang w:val="pt-PT"/>
        </w:rPr>
      </w:pPr>
      <w:r w:rsidRPr="004327AF">
        <w:rPr>
          <w:lang w:val="pt-PT"/>
        </w:rPr>
        <w:t>5.  Sempre que interpretares, indica o elemento da imagem ou a informação de contexto que sustenta a resposta.</w:t>
      </w:r>
    </w:p>
    <w:p w14:paraId="64511071" w14:textId="77777777" w:rsidR="003170BC" w:rsidRPr="004327AF" w:rsidRDefault="003170BC">
      <w:pPr>
        <w:spacing w:after="60"/>
        <w:ind w:left="403" w:hanging="317"/>
        <w:rPr>
          <w:lang w:val="pt-PT"/>
        </w:rPr>
      </w:pPr>
    </w:p>
    <w:p w14:paraId="43C3A59C" w14:textId="77777777" w:rsidR="003170BC" w:rsidRDefault="00A00CBA">
      <w:pPr>
        <w:rPr>
          <w:b/>
          <w:lang w:val="pt-PT"/>
        </w:rPr>
      </w:pPr>
      <w:r w:rsidRPr="004327AF">
        <w:rPr>
          <w:b/>
          <w:lang w:val="pt-PT"/>
        </w:rPr>
        <w:t>Escolh</w:t>
      </w:r>
      <w:r w:rsidR="003170BC">
        <w:rPr>
          <w:b/>
          <w:lang w:val="pt-PT"/>
        </w:rPr>
        <w:t>a</w:t>
      </w:r>
      <w:r w:rsidRPr="004327AF">
        <w:rPr>
          <w:b/>
          <w:lang w:val="pt-PT"/>
        </w:rPr>
        <w:t xml:space="preserve"> a versão adequada ao </w:t>
      </w:r>
      <w:r w:rsidR="003170BC">
        <w:rPr>
          <w:b/>
          <w:lang w:val="pt-PT"/>
        </w:rPr>
        <w:t>se</w:t>
      </w:r>
      <w:r w:rsidRPr="004327AF">
        <w:rPr>
          <w:b/>
          <w:lang w:val="pt-PT"/>
        </w:rPr>
        <w:t xml:space="preserve">u nível de ensino. </w:t>
      </w:r>
    </w:p>
    <w:p w14:paraId="69D46733" w14:textId="367BBB0D" w:rsidR="002E64B4" w:rsidRPr="004327AF" w:rsidRDefault="00A00CBA">
      <w:pPr>
        <w:rPr>
          <w:lang w:val="pt-PT"/>
        </w:rPr>
      </w:pPr>
      <w:r w:rsidRPr="004327AF">
        <w:rPr>
          <w:lang w:val="pt-PT"/>
        </w:rPr>
        <w:t>A versão do Ensino Básico usa perguntas mais diretas. A versão do Ensino Secundário exige maior aprofundamento formal, contextual e crítico.</w:t>
      </w:r>
    </w:p>
    <w:p w14:paraId="0FF35CB6" w14:textId="30D193A4" w:rsidR="003170BC" w:rsidRPr="003170BC" w:rsidRDefault="00A00CBA" w:rsidP="0093198B">
      <w:pPr>
        <w:pStyle w:val="Ttulo1"/>
        <w:pageBreakBefore/>
        <w:rPr>
          <w:lang w:val="pt-PT"/>
        </w:rPr>
      </w:pPr>
      <w:r w:rsidRPr="004327AF">
        <w:rPr>
          <w:lang w:val="pt-PT"/>
        </w:rPr>
        <w:lastRenderedPageBreak/>
        <w:t>Ensino Básico  Elementos formais</w:t>
      </w:r>
    </w:p>
    <w:p w14:paraId="424EF06D" w14:textId="77777777" w:rsidR="002E64B4" w:rsidRPr="003170BC" w:rsidRDefault="00A00CBA">
      <w:pPr>
        <w:rPr>
          <w:lang w:val="pt-PT"/>
        </w:rPr>
      </w:pPr>
      <w:r w:rsidRPr="004327AF">
        <w:rPr>
          <w:lang w:val="pt-PT"/>
        </w:rPr>
        <w:t xml:space="preserve">Observa como a imagem organiza o olhar. </w:t>
      </w:r>
      <w:r w:rsidRPr="003170BC">
        <w:rPr>
          <w:lang w:val="pt-PT"/>
        </w:rPr>
        <w:t>Regista pormenores concretos.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5"/>
        <w:gridCol w:w="4579"/>
        <w:gridCol w:w="3528"/>
      </w:tblGrid>
      <w:tr w:rsidR="002E64B4" w14:paraId="3D001656" w14:textId="77777777">
        <w:trPr>
          <w:trHeight w:val="504"/>
          <w:tblHeader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5" w:type="dxa"/>
              <w:left w:w="125" w:type="dxa"/>
              <w:bottom w:w="95" w:type="dxa"/>
              <w:right w:w="125" w:type="dxa"/>
            </w:tcMar>
            <w:vAlign w:val="center"/>
          </w:tcPr>
          <w:p w14:paraId="696A589E" w14:textId="77777777" w:rsidR="002E64B4" w:rsidRDefault="00A00CBA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Elemento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5" w:type="dxa"/>
              <w:left w:w="125" w:type="dxa"/>
              <w:bottom w:w="95" w:type="dxa"/>
              <w:right w:w="125" w:type="dxa"/>
            </w:tcMar>
            <w:vAlign w:val="center"/>
          </w:tcPr>
          <w:p w14:paraId="2FD68921" w14:textId="77777777" w:rsidR="002E64B4" w:rsidRDefault="00A00CBA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Perguntas de orientação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5" w:type="dxa"/>
              <w:left w:w="125" w:type="dxa"/>
              <w:bottom w:w="95" w:type="dxa"/>
              <w:right w:w="125" w:type="dxa"/>
            </w:tcMar>
            <w:vAlign w:val="center"/>
          </w:tcPr>
          <w:p w14:paraId="545787C3" w14:textId="77777777" w:rsidR="002E64B4" w:rsidRDefault="00A00CBA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Registo do aluno</w:t>
            </w:r>
          </w:p>
        </w:tc>
      </w:tr>
      <w:tr w:rsidR="002E64B4" w:rsidRPr="004327AF" w14:paraId="4C8B1997" w14:textId="77777777">
        <w:trPr>
          <w:cantSplit/>
          <w:trHeight w:val="1037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4765BA8E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Tipo de imagem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24B2C735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sz w:val="18"/>
                <w:lang w:val="pt-PT"/>
              </w:rPr>
              <w:t>É uma fotografia, pintura, desenho, cartaz, mapa, gráfico, anúncio, publicação digital ou outro tipo?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79910C20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  <w:tr w:rsidR="002E64B4" w:rsidRPr="004327AF" w14:paraId="776296DE" w14:textId="77777777">
        <w:trPr>
          <w:cantSplit/>
          <w:trHeight w:val="1037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0F619A56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Composição e foco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2E6A9EF9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sz w:val="18"/>
                <w:lang w:val="pt-PT"/>
              </w:rPr>
              <w:t>O que vejo primeiro? Onde está o elemento principal? Como estão organizados os restantes elementos?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4B61861B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  <w:tr w:rsidR="002E64B4" w:rsidRPr="004327AF" w14:paraId="244139FB" w14:textId="77777777">
        <w:trPr>
          <w:cantSplit/>
          <w:trHeight w:val="1037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1C42B36B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Enquadramento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45E9D195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sz w:val="18"/>
                <w:lang w:val="pt-PT"/>
              </w:rPr>
              <w:t>O que está dentro da imagem? O que poderá ter ficado fora? A imagem mostra um plano próximo ou afastado?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361A266F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  <w:tr w:rsidR="002E64B4" w:rsidRPr="004327AF" w14:paraId="3105E928" w14:textId="77777777">
        <w:trPr>
          <w:cantSplit/>
          <w:trHeight w:val="1037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755A1ADC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Ponto de vista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1CC57178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sz w:val="18"/>
                <w:lang w:val="pt-PT"/>
              </w:rPr>
              <w:t>Vemos de frente, de cima ou de baixo? Estamos perto ou longe? Que efeito produz esta posição?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5D9ED2B2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  <w:tr w:rsidR="002E64B4" w14:paraId="6A4C377D" w14:textId="77777777">
        <w:trPr>
          <w:cantSplit/>
          <w:trHeight w:val="1037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4ACE6BFD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Escala e proporção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6C11952F" w14:textId="77777777" w:rsidR="002E64B4" w:rsidRDefault="00A00CBA">
            <w:pPr>
              <w:spacing w:after="0"/>
            </w:pPr>
            <w:r w:rsidRPr="004327AF">
              <w:rPr>
                <w:sz w:val="18"/>
                <w:lang w:val="pt-PT"/>
              </w:rPr>
              <w:t xml:space="preserve">O que aparece maior, menor, central ou afastado? </w:t>
            </w:r>
            <w:r>
              <w:rPr>
                <w:sz w:val="18"/>
              </w:rPr>
              <w:t>Que importância parece receber?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799528D4" w14:textId="77777777" w:rsidR="002E64B4" w:rsidRDefault="002E64B4">
            <w:pPr>
              <w:spacing w:after="0"/>
            </w:pPr>
          </w:p>
        </w:tc>
      </w:tr>
      <w:tr w:rsidR="002E64B4" w:rsidRPr="004327AF" w14:paraId="1FC9389D" w14:textId="77777777">
        <w:trPr>
          <w:cantSplit/>
          <w:trHeight w:val="1037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08F99499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Cor e luz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69C6716B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sz w:val="18"/>
                <w:lang w:val="pt-PT"/>
              </w:rPr>
              <w:t>Que cores dominam? Há zonas claras ou escuras? Que ambiente ou emoção criam?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7CFA0CC7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  <w:tr w:rsidR="002E64B4" w:rsidRPr="004327AF" w14:paraId="0212909B" w14:textId="77777777">
        <w:trPr>
          <w:cantSplit/>
          <w:trHeight w:val="1037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058D9E81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Linhas formas e textura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25066892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sz w:val="18"/>
                <w:lang w:val="pt-PT"/>
              </w:rPr>
              <w:t>Que linhas, formas ou padrões orientam o olhar? A imagem parece suave, rígida, movimentada ou estática?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01E67B3D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  <w:tr w:rsidR="002E64B4" w:rsidRPr="004327AF" w14:paraId="5C9BBEB0" w14:textId="77777777">
        <w:trPr>
          <w:cantSplit/>
          <w:trHeight w:val="1037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1D423BB1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Texto e imagem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10F8B450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sz w:val="18"/>
                <w:lang w:val="pt-PT"/>
              </w:rPr>
              <w:t>Existe título, legenda, balão, rótulo ou palavra? O texto confirma ou altera a leitura da imagem?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302A2A0B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</w:tbl>
    <w:p w14:paraId="5DEF45D8" w14:textId="77777777" w:rsidR="002E64B4" w:rsidRPr="004327AF" w:rsidRDefault="002E64B4">
      <w:pPr>
        <w:spacing w:after="20"/>
        <w:rPr>
          <w:lang w:val="pt-PT"/>
        </w:rPr>
      </w:pPr>
    </w:p>
    <w:p w14:paraId="74BF8E7A" w14:textId="7C99A815" w:rsidR="00C75946" w:rsidRPr="00C75946" w:rsidRDefault="00A00CBA" w:rsidP="00C75946">
      <w:pPr>
        <w:pStyle w:val="Ttulo1"/>
        <w:pageBreakBefore/>
        <w:rPr>
          <w:color w:val="0070C0"/>
          <w:lang w:val="pt-PT"/>
        </w:rPr>
      </w:pPr>
      <w:r w:rsidRPr="003170BC">
        <w:rPr>
          <w:color w:val="0070C0"/>
          <w:lang w:val="pt-PT"/>
        </w:rPr>
        <w:lastRenderedPageBreak/>
        <w:t xml:space="preserve">Ensino Básico </w:t>
      </w:r>
      <w:r w:rsidR="003170BC" w:rsidRPr="003170BC">
        <w:rPr>
          <w:color w:val="0070C0"/>
          <w:lang w:val="pt-PT"/>
        </w:rPr>
        <w:t xml:space="preserve">- </w:t>
      </w:r>
      <w:r w:rsidRPr="003170BC">
        <w:rPr>
          <w:color w:val="0070C0"/>
          <w:lang w:val="pt-PT"/>
        </w:rPr>
        <w:t>Elementos de conteúdo</w:t>
      </w:r>
    </w:p>
    <w:p w14:paraId="15840C44" w14:textId="77777777" w:rsidR="002E64B4" w:rsidRPr="004327AF" w:rsidRDefault="00A00CBA">
      <w:pPr>
        <w:rPr>
          <w:lang w:val="pt-PT"/>
        </w:rPr>
      </w:pPr>
      <w:r w:rsidRPr="004327AF">
        <w:rPr>
          <w:lang w:val="pt-PT"/>
        </w:rPr>
        <w:t>Identifica aquilo que a imagem representa e explica a mensagem com base em evidências.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5"/>
        <w:gridCol w:w="4579"/>
        <w:gridCol w:w="3528"/>
      </w:tblGrid>
      <w:tr w:rsidR="002E64B4" w14:paraId="63F5BF30" w14:textId="77777777">
        <w:trPr>
          <w:trHeight w:val="504"/>
          <w:tblHeader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5" w:type="dxa"/>
              <w:left w:w="125" w:type="dxa"/>
              <w:bottom w:w="95" w:type="dxa"/>
              <w:right w:w="125" w:type="dxa"/>
            </w:tcMar>
            <w:vAlign w:val="center"/>
          </w:tcPr>
          <w:p w14:paraId="05D752EA" w14:textId="77777777" w:rsidR="002E64B4" w:rsidRDefault="00A00CBA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Elemento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5" w:type="dxa"/>
              <w:left w:w="125" w:type="dxa"/>
              <w:bottom w:w="95" w:type="dxa"/>
              <w:right w:w="125" w:type="dxa"/>
            </w:tcMar>
            <w:vAlign w:val="center"/>
          </w:tcPr>
          <w:p w14:paraId="3094960D" w14:textId="77777777" w:rsidR="002E64B4" w:rsidRDefault="00A00CBA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Perguntas de orientação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5" w:type="dxa"/>
              <w:left w:w="125" w:type="dxa"/>
              <w:bottom w:w="95" w:type="dxa"/>
              <w:right w:w="125" w:type="dxa"/>
            </w:tcMar>
            <w:vAlign w:val="center"/>
          </w:tcPr>
          <w:p w14:paraId="4F4D4FA8" w14:textId="77777777" w:rsidR="002E64B4" w:rsidRDefault="00A00CBA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Registo do aluno</w:t>
            </w:r>
          </w:p>
        </w:tc>
      </w:tr>
      <w:tr w:rsidR="002E64B4" w:rsidRPr="004327AF" w14:paraId="03B581F6" w14:textId="77777777" w:rsidTr="0093198B">
        <w:trPr>
          <w:cantSplit/>
          <w:trHeight w:val="679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65B48880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Assunto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59E57E33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sz w:val="18"/>
                <w:lang w:val="pt-PT"/>
              </w:rPr>
              <w:t>Quem ou o que aparece? Que ação ou situação está representada?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5427535A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  <w:tr w:rsidR="002E64B4" w:rsidRPr="004327AF" w14:paraId="01B38D65" w14:textId="77777777" w:rsidTr="0093198B">
        <w:trPr>
          <w:cantSplit/>
          <w:trHeight w:val="906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65475ACF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Espaço e tempo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7D73A9FC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sz w:val="18"/>
                <w:lang w:val="pt-PT"/>
              </w:rPr>
              <w:t>Onde parece acontecer? Há sinais que indiquem a época, o momento ou a duração?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594D333D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  <w:tr w:rsidR="002E64B4" w:rsidRPr="004327AF" w14:paraId="48379552" w14:textId="77777777">
        <w:trPr>
          <w:cantSplit/>
          <w:trHeight w:val="950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60441430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Pessoas e relações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2EC74DA2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sz w:val="18"/>
                <w:lang w:val="pt-PT"/>
              </w:rPr>
              <w:t>Quem parece ter maior destaque? Como se relacionam as pessoas ou grupos representados?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2EFA0250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  <w:tr w:rsidR="002E64B4" w:rsidRPr="004327AF" w14:paraId="30702F0F" w14:textId="77777777" w:rsidTr="0093198B">
        <w:trPr>
          <w:cantSplit/>
          <w:trHeight w:val="812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176857F6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Tema e mensagem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190344CC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sz w:val="18"/>
                <w:lang w:val="pt-PT"/>
              </w:rPr>
              <w:t>Qual é o tema principal? Que ideia parece querer comunicar?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2D730414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  <w:tr w:rsidR="002E64B4" w:rsidRPr="004327AF" w14:paraId="31F7C3C6" w14:textId="77777777">
        <w:trPr>
          <w:cantSplit/>
          <w:trHeight w:val="950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5ACA2A57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Símbolos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18C727EB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sz w:val="18"/>
                <w:lang w:val="pt-PT"/>
              </w:rPr>
              <w:t>Existem gestos, objetos, cores ou sinais com um significado especial?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2B5333D2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  <w:tr w:rsidR="002E64B4" w:rsidRPr="004327AF" w14:paraId="0F99158E" w14:textId="77777777" w:rsidTr="0093198B">
        <w:trPr>
          <w:cantSplit/>
          <w:trHeight w:val="815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091E5D86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Emoções e efeitos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6CF681F1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sz w:val="18"/>
                <w:lang w:val="pt-PT"/>
              </w:rPr>
              <w:t>Que emoções pode provocar? Que elementos formais produzem esse efeito?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47E3F775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  <w:tr w:rsidR="002E64B4" w14:paraId="5CCF0D1C" w14:textId="77777777">
        <w:trPr>
          <w:cantSplit/>
          <w:trHeight w:val="950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7EDC9816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Intenção e público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6FC38A56" w14:textId="77777777" w:rsidR="002E64B4" w:rsidRDefault="00A00CBA">
            <w:pPr>
              <w:spacing w:after="0"/>
            </w:pPr>
            <w:r w:rsidRPr="004327AF">
              <w:rPr>
                <w:sz w:val="18"/>
                <w:lang w:val="pt-PT"/>
              </w:rPr>
              <w:t xml:space="preserve">A imagem pretende informar, explicar, sensibilizar, persuadir, divertir ou vender? </w:t>
            </w:r>
            <w:r>
              <w:rPr>
                <w:sz w:val="18"/>
              </w:rPr>
              <w:t>A quem se dirige?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3B9EF94F" w14:textId="77777777" w:rsidR="002E64B4" w:rsidRDefault="002E64B4">
            <w:pPr>
              <w:spacing w:after="0"/>
            </w:pPr>
          </w:p>
        </w:tc>
      </w:tr>
      <w:tr w:rsidR="002E64B4" w:rsidRPr="004327AF" w14:paraId="32FA3812" w14:textId="77777777" w:rsidTr="0093198B">
        <w:trPr>
          <w:cantSplit/>
          <w:trHeight w:val="706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0E36DAF8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Ausências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697B0FDE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sz w:val="18"/>
                <w:lang w:val="pt-PT"/>
              </w:rPr>
              <w:t>Que pessoa, perspetiva ou informação seria importante, mas não aparece?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311CA532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  <w:tr w:rsidR="002E64B4" w:rsidRPr="004327AF" w14:paraId="50AB2E1F" w14:textId="77777777">
        <w:trPr>
          <w:cantSplit/>
          <w:trHeight w:val="950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4445DA43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Contexto e fonte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46D3205E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sz w:val="18"/>
                <w:lang w:val="pt-PT"/>
              </w:rPr>
              <w:t>Quem criou ou publicou? Quando e onde circulou? Que informação adicional preciso de procurar?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2C8DA2CC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</w:tbl>
    <w:p w14:paraId="52153613" w14:textId="77777777" w:rsidR="002E64B4" w:rsidRPr="004327AF" w:rsidRDefault="002E64B4">
      <w:pPr>
        <w:spacing w:after="20"/>
        <w:rPr>
          <w:lang w:val="pt-PT"/>
        </w:rPr>
      </w:pPr>
    </w:p>
    <w:p w14:paraId="12C85670" w14:textId="77777777" w:rsidR="002E64B4" w:rsidRDefault="00A00CBA">
      <w:pPr>
        <w:pStyle w:val="Ttulo1"/>
        <w:pageBreakBefore/>
      </w:pPr>
      <w:r>
        <w:lastRenderedPageBreak/>
        <w:t>Ensino Básico  Síntese</w:t>
      </w:r>
    </w:p>
    <w:p w14:paraId="72DC1444" w14:textId="77777777" w:rsidR="00C75946" w:rsidRPr="00C75946" w:rsidRDefault="00C75946" w:rsidP="00C75946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28"/>
        <w:gridCol w:w="6624"/>
      </w:tblGrid>
      <w:tr w:rsidR="002E64B4" w14:paraId="226D0EB9" w14:textId="77777777">
        <w:trPr>
          <w:tblHeader/>
          <w:jc w:val="center"/>
        </w:trPr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115" w:type="dxa"/>
              <w:left w:w="125" w:type="dxa"/>
              <w:bottom w:w="115" w:type="dxa"/>
              <w:right w:w="125" w:type="dxa"/>
            </w:tcMar>
          </w:tcPr>
          <w:p w14:paraId="2AA8D0DE" w14:textId="77777777" w:rsidR="002E64B4" w:rsidRDefault="00A00CBA">
            <w:pPr>
              <w:jc w:val="center"/>
            </w:pPr>
            <w:r>
              <w:rPr>
                <w:b/>
                <w:color w:val="FFFFFF"/>
                <w:sz w:val="18"/>
              </w:rPr>
              <w:t>Síntese</w:t>
            </w:r>
          </w:p>
        </w:tc>
        <w:tc>
          <w:tcPr>
            <w:tcW w:w="66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115" w:type="dxa"/>
              <w:left w:w="125" w:type="dxa"/>
              <w:bottom w:w="115" w:type="dxa"/>
              <w:right w:w="125" w:type="dxa"/>
            </w:tcMar>
          </w:tcPr>
          <w:p w14:paraId="2961A7BF" w14:textId="77777777" w:rsidR="002E64B4" w:rsidRDefault="00A00CBA">
            <w:pPr>
              <w:jc w:val="center"/>
            </w:pPr>
            <w:r>
              <w:rPr>
                <w:b/>
                <w:color w:val="FFFFFF"/>
                <w:sz w:val="18"/>
              </w:rPr>
              <w:t>Resposta fundamentada</w:t>
            </w:r>
          </w:p>
        </w:tc>
      </w:tr>
      <w:tr w:rsidR="002E64B4" w:rsidRPr="004327AF" w14:paraId="27DC568A" w14:textId="77777777">
        <w:trPr>
          <w:cantSplit/>
          <w:trHeight w:val="835"/>
          <w:jc w:val="center"/>
        </w:trPr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4CDA9BDC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b/>
                <w:sz w:val="18"/>
                <w:lang w:val="pt-PT"/>
              </w:rPr>
              <w:t>O que consigo observar sem interpretar?</w:t>
            </w:r>
          </w:p>
        </w:tc>
        <w:tc>
          <w:tcPr>
            <w:tcW w:w="66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799A19CA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  <w:tr w:rsidR="002E64B4" w:rsidRPr="004327AF" w14:paraId="320FAF79" w14:textId="77777777">
        <w:trPr>
          <w:cantSplit/>
          <w:trHeight w:val="835"/>
          <w:jc w:val="center"/>
        </w:trPr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4AF0C539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b/>
                <w:sz w:val="18"/>
                <w:lang w:val="pt-PT"/>
              </w:rPr>
              <w:t>Que interpretação faço da imagem?</w:t>
            </w:r>
          </w:p>
        </w:tc>
        <w:tc>
          <w:tcPr>
            <w:tcW w:w="66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11CAF46D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  <w:tr w:rsidR="002E64B4" w:rsidRPr="004327AF" w14:paraId="03E57B77" w14:textId="77777777">
        <w:trPr>
          <w:cantSplit/>
          <w:trHeight w:val="835"/>
          <w:jc w:val="center"/>
        </w:trPr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1ECB7F70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b/>
                <w:sz w:val="18"/>
                <w:lang w:val="pt-PT"/>
              </w:rPr>
              <w:t>Que elemento formal sustenta essa interpretação?</w:t>
            </w:r>
          </w:p>
        </w:tc>
        <w:tc>
          <w:tcPr>
            <w:tcW w:w="66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7FE4B44A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  <w:tr w:rsidR="002E64B4" w:rsidRPr="004327AF" w14:paraId="3D71640B" w14:textId="77777777">
        <w:trPr>
          <w:cantSplit/>
          <w:trHeight w:val="835"/>
          <w:jc w:val="center"/>
        </w:trPr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15BE2C05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b/>
                <w:sz w:val="18"/>
                <w:lang w:val="pt-PT"/>
              </w:rPr>
              <w:t>Que informação preciso de confirmar?</w:t>
            </w:r>
          </w:p>
        </w:tc>
        <w:tc>
          <w:tcPr>
            <w:tcW w:w="66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3BAB809A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  <w:tr w:rsidR="002E64B4" w:rsidRPr="004327AF" w14:paraId="6313AE2A" w14:textId="77777777">
        <w:trPr>
          <w:cantSplit/>
          <w:trHeight w:val="835"/>
          <w:jc w:val="center"/>
        </w:trPr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4217DA81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b/>
                <w:sz w:val="18"/>
                <w:lang w:val="pt-PT"/>
              </w:rPr>
              <w:t>O que a imagem não permite concluir?</w:t>
            </w:r>
          </w:p>
        </w:tc>
        <w:tc>
          <w:tcPr>
            <w:tcW w:w="66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28265EE8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  <w:tr w:rsidR="002E64B4" w:rsidRPr="004327AF" w14:paraId="09FD7CCC" w14:textId="77777777">
        <w:trPr>
          <w:cantSplit/>
          <w:trHeight w:val="835"/>
          <w:jc w:val="center"/>
        </w:trPr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050D70D4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b/>
                <w:sz w:val="18"/>
                <w:lang w:val="pt-PT"/>
              </w:rPr>
              <w:t>Que outra imagem ajudaria a compreender melhor o tema?</w:t>
            </w:r>
          </w:p>
        </w:tc>
        <w:tc>
          <w:tcPr>
            <w:tcW w:w="66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6FAE3A3F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</w:tbl>
    <w:p w14:paraId="78400456" w14:textId="77777777" w:rsidR="00C75946" w:rsidRDefault="00C75946">
      <w:pPr>
        <w:pStyle w:val="Ttulo2"/>
        <w:rPr>
          <w:lang w:val="pt-PT"/>
        </w:rPr>
      </w:pPr>
    </w:p>
    <w:p w14:paraId="5CA965F7" w14:textId="7613FF8F" w:rsidR="002E64B4" w:rsidRDefault="00A00CBA">
      <w:pPr>
        <w:pStyle w:val="Ttulo2"/>
        <w:rPr>
          <w:lang w:val="pt-PT"/>
        </w:rPr>
      </w:pPr>
      <w:r w:rsidRPr="004327AF">
        <w:rPr>
          <w:lang w:val="pt-PT"/>
        </w:rPr>
        <w:t>Conclusão</w:t>
      </w:r>
    </w:p>
    <w:p w14:paraId="585EDCD7" w14:textId="77777777" w:rsidR="00E24ECE" w:rsidRPr="00E24ECE" w:rsidRDefault="00E24ECE" w:rsidP="00E24ECE">
      <w:pPr>
        <w:rPr>
          <w:lang w:val="pt-PT"/>
        </w:rPr>
      </w:pPr>
    </w:p>
    <w:p w14:paraId="74A1BB6C" w14:textId="3C69E2A7" w:rsidR="002E64B4" w:rsidRPr="004327AF" w:rsidRDefault="00A00CBA" w:rsidP="00E24ECE">
      <w:pPr>
        <w:spacing w:after="180"/>
        <w:rPr>
          <w:lang w:val="pt-PT"/>
        </w:rPr>
      </w:pPr>
      <w:r w:rsidRPr="004327AF">
        <w:rPr>
          <w:b/>
          <w:lang w:val="pt-PT"/>
        </w:rPr>
        <w:t xml:space="preserve">A imagem orienta a minha leitura porque </w:t>
      </w:r>
      <w:r w:rsidR="00E24ECE">
        <w:rPr>
          <w:b/>
          <w:lang w:val="pt-PT"/>
        </w:rPr>
        <w:t xml:space="preserve">: </w:t>
      </w:r>
    </w:p>
    <w:p w14:paraId="7BA00A0E" w14:textId="4EF1A616" w:rsidR="002E64B4" w:rsidRPr="003170BC" w:rsidRDefault="00A00CBA">
      <w:pPr>
        <w:pStyle w:val="Ttulo1"/>
        <w:pageBreakBefore/>
        <w:rPr>
          <w:color w:val="0070C0"/>
          <w:lang w:val="pt-PT"/>
        </w:rPr>
      </w:pPr>
      <w:r w:rsidRPr="003170BC">
        <w:rPr>
          <w:color w:val="0070C0"/>
          <w:lang w:val="pt-PT"/>
        </w:rPr>
        <w:lastRenderedPageBreak/>
        <w:t>Ensino Secundário</w:t>
      </w:r>
      <w:r w:rsidR="003170BC" w:rsidRPr="003170BC">
        <w:rPr>
          <w:color w:val="0070C0"/>
          <w:lang w:val="pt-PT"/>
        </w:rPr>
        <w:t xml:space="preserve"> </w:t>
      </w:r>
      <w:r w:rsidR="00E24ECE" w:rsidRPr="003170BC">
        <w:rPr>
          <w:color w:val="0070C0"/>
          <w:lang w:val="pt-PT"/>
        </w:rPr>
        <w:t>- Elementos</w:t>
      </w:r>
      <w:r w:rsidRPr="003170BC">
        <w:rPr>
          <w:color w:val="0070C0"/>
          <w:lang w:val="pt-PT"/>
        </w:rPr>
        <w:t xml:space="preserve"> formais</w:t>
      </w:r>
    </w:p>
    <w:p w14:paraId="45AEA39C" w14:textId="77777777" w:rsidR="002E64B4" w:rsidRDefault="00A00CBA">
      <w:pPr>
        <w:rPr>
          <w:lang w:val="pt-PT"/>
        </w:rPr>
      </w:pPr>
      <w:r w:rsidRPr="004327AF">
        <w:rPr>
          <w:lang w:val="pt-PT"/>
        </w:rPr>
        <w:t>Analisa as decisões técnicas e expressivas que constroem a visibilidade, a hierarquia e o sentido.</w:t>
      </w:r>
    </w:p>
    <w:p w14:paraId="21F59B7A" w14:textId="77777777" w:rsidR="003170BC" w:rsidRPr="004327AF" w:rsidRDefault="003170BC">
      <w:pPr>
        <w:rPr>
          <w:lang w:val="pt-P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5"/>
        <w:gridCol w:w="4579"/>
        <w:gridCol w:w="3528"/>
      </w:tblGrid>
      <w:tr w:rsidR="002E64B4" w14:paraId="245873B7" w14:textId="77777777">
        <w:trPr>
          <w:trHeight w:val="504"/>
          <w:tblHeader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5" w:type="dxa"/>
              <w:left w:w="125" w:type="dxa"/>
              <w:bottom w:w="95" w:type="dxa"/>
              <w:right w:w="125" w:type="dxa"/>
            </w:tcMar>
            <w:vAlign w:val="center"/>
          </w:tcPr>
          <w:p w14:paraId="57C7807F" w14:textId="77777777" w:rsidR="002E64B4" w:rsidRDefault="00A00CBA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Elemento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5" w:type="dxa"/>
              <w:left w:w="125" w:type="dxa"/>
              <w:bottom w:w="95" w:type="dxa"/>
              <w:right w:w="125" w:type="dxa"/>
            </w:tcMar>
            <w:vAlign w:val="center"/>
          </w:tcPr>
          <w:p w14:paraId="1B996666" w14:textId="77777777" w:rsidR="002E64B4" w:rsidRDefault="00A00CBA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Perguntas de orientação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5" w:type="dxa"/>
              <w:left w:w="125" w:type="dxa"/>
              <w:bottom w:w="95" w:type="dxa"/>
              <w:right w:w="125" w:type="dxa"/>
            </w:tcMar>
            <w:vAlign w:val="center"/>
          </w:tcPr>
          <w:p w14:paraId="66FA1DDC" w14:textId="77777777" w:rsidR="002E64B4" w:rsidRDefault="00A00CBA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Registo do aluno</w:t>
            </w:r>
          </w:p>
        </w:tc>
      </w:tr>
      <w:tr w:rsidR="002E64B4" w:rsidRPr="004327AF" w14:paraId="7A18C283" w14:textId="77777777">
        <w:trPr>
          <w:cantSplit/>
          <w:trHeight w:val="950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705BF172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Suporte e género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124A8493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sz w:val="18"/>
                <w:lang w:val="pt-PT"/>
              </w:rPr>
              <w:t>Que tipo de imagem é? Em que suporte e género se insere? Que convenções desse género reconheço?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4FCCAD14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  <w:tr w:rsidR="002E64B4" w:rsidRPr="004327AF" w14:paraId="30E53B71" w14:textId="77777777">
        <w:trPr>
          <w:cantSplit/>
          <w:trHeight w:val="950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22EB0B29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Composição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2E17E934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sz w:val="18"/>
                <w:lang w:val="pt-PT"/>
              </w:rPr>
              <w:t>Como se distribuem os elementos? Qual é o centro de interesse? Há equilíbrio, tensão, simetria, ritmo ou direção dominante?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665A4A67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  <w:tr w:rsidR="002E64B4" w:rsidRPr="004327AF" w14:paraId="10C9E549" w14:textId="77777777">
        <w:trPr>
          <w:cantSplit/>
          <w:trHeight w:val="950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652638B6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Hierarquia visual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065A9615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sz w:val="18"/>
                <w:lang w:val="pt-PT"/>
              </w:rPr>
              <w:t>Que elemento recebe maior saliência? Como contribuem posição, dimensão, contraste, nitidez e repetição?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5C3C4FAF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  <w:tr w:rsidR="002E64B4" w14:paraId="20FE8D44" w14:textId="77777777">
        <w:trPr>
          <w:cantSplit/>
          <w:trHeight w:val="950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2C6DECE6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Enquadramento e plano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1026030F" w14:textId="77777777" w:rsidR="002E64B4" w:rsidRDefault="00A00CBA">
            <w:pPr>
              <w:spacing w:after="0"/>
            </w:pPr>
            <w:r w:rsidRPr="004327AF">
              <w:rPr>
                <w:sz w:val="18"/>
                <w:lang w:val="pt-PT"/>
              </w:rPr>
              <w:t xml:space="preserve">Qual é o recorte, o tipo de plano e a relação com o espaço fora de campo? </w:t>
            </w:r>
            <w:r>
              <w:rPr>
                <w:sz w:val="18"/>
              </w:rPr>
              <w:t>O que é incluído ou excluído?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1D4FFF36" w14:textId="77777777" w:rsidR="002E64B4" w:rsidRDefault="002E64B4">
            <w:pPr>
              <w:spacing w:after="0"/>
            </w:pPr>
          </w:p>
        </w:tc>
      </w:tr>
      <w:tr w:rsidR="002E64B4" w:rsidRPr="004327AF" w14:paraId="42B5D1CB" w14:textId="77777777">
        <w:trPr>
          <w:cantSplit/>
          <w:trHeight w:val="950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607E2A97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Perspetiva e ângulo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6334C83B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sz w:val="18"/>
                <w:lang w:val="pt-PT"/>
              </w:rPr>
              <w:t>Que posição é atribuída ao observador? O ângulo aproxima, distancia, valoriza, inferioriza ou produz aparente neutralidade?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7AF2766B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  <w:tr w:rsidR="002E64B4" w:rsidRPr="004327AF" w14:paraId="238BFDB2" w14:textId="77777777">
        <w:trPr>
          <w:cantSplit/>
          <w:trHeight w:val="950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543E3A60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Escala e proporção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725268B6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sz w:val="18"/>
                <w:lang w:val="pt-PT"/>
              </w:rPr>
              <w:t>As proporções são realistas, simbólicas ou manipuladas? Que relações de poder ou importância sugerem?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5E880746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  <w:tr w:rsidR="002E64B4" w:rsidRPr="004327AF" w14:paraId="4AA5B515" w14:textId="77777777">
        <w:trPr>
          <w:cantSplit/>
          <w:trHeight w:val="950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4C905368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Cor luz e contraste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57DC8A08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sz w:val="18"/>
                <w:lang w:val="pt-PT"/>
              </w:rPr>
              <w:t>Que paleta, iluminação e contraste são usados? Que associações, ambiente e percurso visual constroem?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42A83929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  <w:tr w:rsidR="002E64B4" w:rsidRPr="004327AF" w14:paraId="29BBD3D3" w14:textId="77777777">
        <w:trPr>
          <w:cantSplit/>
          <w:trHeight w:val="950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5220C2A4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Linha forma e textura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4DD7E984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sz w:val="18"/>
                <w:lang w:val="pt-PT"/>
              </w:rPr>
              <w:t>Como linhas, formas, padrões, textura e profundidade orientam o olhar e o ritmo da imagem?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6F2641EB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  <w:tr w:rsidR="002E64B4" w:rsidRPr="004327AF" w14:paraId="2A17E64D" w14:textId="77777777">
        <w:trPr>
          <w:cantSplit/>
          <w:trHeight w:val="950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25BA1E72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lastRenderedPageBreak/>
              <w:t>Texto e tipografia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702EB841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sz w:val="18"/>
                <w:lang w:val="pt-PT"/>
              </w:rPr>
              <w:t>Como título, legenda, tipografia ou rótulos selecionam, reforçam ou contradizem o significado visual?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4B5F8255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  <w:tr w:rsidR="002E64B4" w14:paraId="3AB4E70F" w14:textId="77777777">
        <w:trPr>
          <w:cantSplit/>
          <w:trHeight w:val="950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71EACF44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Edição e tratamento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581E65DA" w14:textId="77777777" w:rsidR="002E64B4" w:rsidRDefault="00A00CBA">
            <w:pPr>
              <w:spacing w:after="0"/>
            </w:pPr>
            <w:r w:rsidRPr="004327AF">
              <w:rPr>
                <w:sz w:val="18"/>
                <w:lang w:val="pt-PT"/>
              </w:rPr>
              <w:t xml:space="preserve">Existem sinais de recorte, montagem, filtro, retoque, visualização de dados ou geração artificial? </w:t>
            </w:r>
            <w:r>
              <w:rPr>
                <w:sz w:val="18"/>
              </w:rPr>
              <w:t>Que efeito têm?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213649AB" w14:textId="77777777" w:rsidR="002E64B4" w:rsidRDefault="002E64B4">
            <w:pPr>
              <w:spacing w:after="0"/>
            </w:pPr>
          </w:p>
        </w:tc>
      </w:tr>
    </w:tbl>
    <w:p w14:paraId="4910FE4B" w14:textId="77777777" w:rsidR="002E64B4" w:rsidRDefault="002E64B4">
      <w:pPr>
        <w:spacing w:after="20"/>
      </w:pPr>
    </w:p>
    <w:p w14:paraId="2BF866E7" w14:textId="3D7D96C0" w:rsidR="002E64B4" w:rsidRDefault="00A00CBA">
      <w:pPr>
        <w:pStyle w:val="Ttulo1"/>
        <w:pageBreakBefore/>
        <w:rPr>
          <w:color w:val="0070C0"/>
          <w:lang w:val="pt-PT"/>
        </w:rPr>
      </w:pPr>
      <w:r w:rsidRPr="0093198B">
        <w:rPr>
          <w:color w:val="0070C0"/>
          <w:lang w:val="pt-PT"/>
        </w:rPr>
        <w:lastRenderedPageBreak/>
        <w:t xml:space="preserve">Ensino Secundário </w:t>
      </w:r>
      <w:r w:rsidR="0093198B">
        <w:rPr>
          <w:color w:val="0070C0"/>
          <w:lang w:val="pt-PT"/>
        </w:rPr>
        <w:t xml:space="preserve">- </w:t>
      </w:r>
      <w:r w:rsidRPr="0093198B">
        <w:rPr>
          <w:color w:val="0070C0"/>
          <w:lang w:val="pt-PT"/>
        </w:rPr>
        <w:t>Conteúdo contexto e representação</w:t>
      </w:r>
    </w:p>
    <w:p w14:paraId="0F6BC495" w14:textId="77777777" w:rsidR="0093198B" w:rsidRPr="0093198B" w:rsidRDefault="0093198B" w:rsidP="0093198B">
      <w:pPr>
        <w:rPr>
          <w:lang w:val="pt-PT"/>
        </w:rPr>
      </w:pPr>
    </w:p>
    <w:p w14:paraId="739075B8" w14:textId="77777777" w:rsidR="002E64B4" w:rsidRPr="004327AF" w:rsidRDefault="00A00CBA">
      <w:pPr>
        <w:rPr>
          <w:lang w:val="pt-PT"/>
        </w:rPr>
      </w:pPr>
      <w:r w:rsidRPr="004327AF">
        <w:rPr>
          <w:lang w:val="pt-PT"/>
        </w:rPr>
        <w:t>Relaciona o que está representado com autoria, circulação, valores, interesses e possíveis leituras.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5"/>
        <w:gridCol w:w="4579"/>
        <w:gridCol w:w="3528"/>
      </w:tblGrid>
      <w:tr w:rsidR="002E64B4" w14:paraId="5DEE871D" w14:textId="77777777">
        <w:trPr>
          <w:trHeight w:val="504"/>
          <w:tblHeader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5" w:type="dxa"/>
              <w:left w:w="125" w:type="dxa"/>
              <w:bottom w:w="95" w:type="dxa"/>
              <w:right w:w="125" w:type="dxa"/>
            </w:tcMar>
            <w:vAlign w:val="center"/>
          </w:tcPr>
          <w:p w14:paraId="080110D4" w14:textId="77777777" w:rsidR="002E64B4" w:rsidRDefault="00A00CBA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Elemento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5" w:type="dxa"/>
              <w:left w:w="125" w:type="dxa"/>
              <w:bottom w:w="95" w:type="dxa"/>
              <w:right w:w="125" w:type="dxa"/>
            </w:tcMar>
            <w:vAlign w:val="center"/>
          </w:tcPr>
          <w:p w14:paraId="2BEF4798" w14:textId="77777777" w:rsidR="002E64B4" w:rsidRDefault="00A00CBA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Perguntas de orientação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5" w:type="dxa"/>
              <w:left w:w="125" w:type="dxa"/>
              <w:bottom w:w="95" w:type="dxa"/>
              <w:right w:w="125" w:type="dxa"/>
            </w:tcMar>
            <w:vAlign w:val="center"/>
          </w:tcPr>
          <w:p w14:paraId="159A5D00" w14:textId="77777777" w:rsidR="002E64B4" w:rsidRDefault="00A00CBA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Registo do aluno</w:t>
            </w:r>
          </w:p>
        </w:tc>
      </w:tr>
      <w:tr w:rsidR="002E64B4" w:rsidRPr="004327AF" w14:paraId="2D947AB3" w14:textId="77777777">
        <w:trPr>
          <w:cantSplit/>
          <w:trHeight w:val="979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22C253A1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Descrição e conotação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140F1724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sz w:val="18"/>
                <w:lang w:val="pt-PT"/>
              </w:rPr>
              <w:t>O que está explicitamente representado? Que associações culturais, emocionais ou ideológicas são sugeridas?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21F776C7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  <w:tr w:rsidR="002E64B4" w:rsidRPr="004327AF" w14:paraId="49FF7471" w14:textId="77777777">
        <w:trPr>
          <w:cantSplit/>
          <w:trHeight w:val="979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3433E6AA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Atores e ação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4624E618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sz w:val="18"/>
                <w:lang w:val="pt-PT"/>
              </w:rPr>
              <w:t>Quem age, quem observa e quem recebe a ação? Quem tem voz, iniciativa ou autoridade?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109BF47F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  <w:tr w:rsidR="002E64B4" w:rsidRPr="004327AF" w14:paraId="76136974" w14:textId="77777777">
        <w:trPr>
          <w:cantSplit/>
          <w:trHeight w:val="979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6822F7C1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Narrativa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208785C0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sz w:val="18"/>
                <w:lang w:val="pt-PT"/>
              </w:rPr>
              <w:t>Que situação, conflito ou sequência é construída? Que acontecimentos anteriores ou posteriores ficam implícitos?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0A22DA0A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  <w:tr w:rsidR="002E64B4" w14:paraId="25C8E9F6" w14:textId="77777777">
        <w:trPr>
          <w:cantSplit/>
          <w:trHeight w:val="979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61C16D57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Símbolos e códigos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548C9984" w14:textId="77777777" w:rsidR="002E64B4" w:rsidRDefault="00A00CBA">
            <w:pPr>
              <w:spacing w:after="0"/>
            </w:pPr>
            <w:r w:rsidRPr="004327AF">
              <w:rPr>
                <w:sz w:val="18"/>
                <w:lang w:val="pt-PT"/>
              </w:rPr>
              <w:t xml:space="preserve">Que símbolos, convenções e referências culturais são mobilizados? </w:t>
            </w:r>
            <w:r>
              <w:rPr>
                <w:sz w:val="18"/>
              </w:rPr>
              <w:t>Dependem de conhecimentos partilhados?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30EA40E9" w14:textId="77777777" w:rsidR="002E64B4" w:rsidRDefault="002E64B4">
            <w:pPr>
              <w:spacing w:after="0"/>
            </w:pPr>
          </w:p>
        </w:tc>
      </w:tr>
      <w:tr w:rsidR="002E64B4" w:rsidRPr="004327AF" w14:paraId="1D550B4F" w14:textId="77777777">
        <w:trPr>
          <w:cantSplit/>
          <w:trHeight w:val="979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27C44880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Valores e representações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301E30F1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sz w:val="18"/>
                <w:lang w:val="pt-PT"/>
              </w:rPr>
              <w:t>Que ideias de normalidade, identidade, corpo, género, território, ciência, sucesso ou poder são apresentadas?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11484A3F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  <w:tr w:rsidR="002E64B4" w:rsidRPr="004327AF" w14:paraId="2FE571FB" w14:textId="77777777">
        <w:trPr>
          <w:cantSplit/>
          <w:trHeight w:val="979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629FA6EB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Estereótipos e ausências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21D381AE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sz w:val="18"/>
                <w:lang w:val="pt-PT"/>
              </w:rPr>
              <w:t>Há simplificações ou generalizações? Quem ou que perspetiva fica invisível, secundária ou sem voz?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4A22B0CD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</w:tbl>
    <w:p w14:paraId="105264EE" w14:textId="77777777" w:rsidR="002E64B4" w:rsidRPr="004327AF" w:rsidRDefault="002E64B4">
      <w:pPr>
        <w:spacing w:after="20"/>
        <w:rPr>
          <w:lang w:val="pt-PT"/>
        </w:rPr>
      </w:pPr>
    </w:p>
    <w:p w14:paraId="43F6C186" w14:textId="3E565425" w:rsidR="002E64B4" w:rsidRDefault="00A00CBA">
      <w:pPr>
        <w:pStyle w:val="Ttulo1"/>
        <w:pageBreakBefore/>
        <w:rPr>
          <w:color w:val="0070C0"/>
          <w:lang w:val="pt-PT"/>
        </w:rPr>
      </w:pPr>
      <w:r w:rsidRPr="0093198B">
        <w:rPr>
          <w:color w:val="0070C0"/>
          <w:lang w:val="pt-PT"/>
        </w:rPr>
        <w:lastRenderedPageBreak/>
        <w:t xml:space="preserve">Ensino Secundário </w:t>
      </w:r>
      <w:r w:rsidR="0093198B" w:rsidRPr="0093198B">
        <w:rPr>
          <w:color w:val="0070C0"/>
          <w:lang w:val="pt-PT"/>
        </w:rPr>
        <w:t xml:space="preserve">- </w:t>
      </w:r>
      <w:r w:rsidRPr="0093198B">
        <w:rPr>
          <w:color w:val="0070C0"/>
          <w:lang w:val="pt-PT"/>
        </w:rPr>
        <w:t>Contexto circulação e limites</w:t>
      </w:r>
    </w:p>
    <w:p w14:paraId="06EC112F" w14:textId="77777777" w:rsidR="0093198B" w:rsidRPr="0093198B" w:rsidRDefault="0093198B" w:rsidP="0093198B">
      <w:pPr>
        <w:rPr>
          <w:lang w:val="pt-PT"/>
        </w:rPr>
      </w:pPr>
    </w:p>
    <w:p w14:paraId="6C6AFAF5" w14:textId="77777777" w:rsidR="002E64B4" w:rsidRPr="004327AF" w:rsidRDefault="00A00CBA">
      <w:pPr>
        <w:rPr>
          <w:lang w:val="pt-PT"/>
        </w:rPr>
      </w:pPr>
      <w:r w:rsidRPr="004327AF">
        <w:rPr>
          <w:lang w:val="pt-PT"/>
        </w:rPr>
        <w:t>Verifica a proveniência, identifica o propósito e reconhece aquilo que a imagem não permite concluir.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5"/>
        <w:gridCol w:w="4579"/>
        <w:gridCol w:w="3528"/>
      </w:tblGrid>
      <w:tr w:rsidR="002E64B4" w14:paraId="15E7B6A0" w14:textId="77777777">
        <w:trPr>
          <w:trHeight w:val="504"/>
          <w:tblHeader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5" w:type="dxa"/>
              <w:left w:w="125" w:type="dxa"/>
              <w:bottom w:w="95" w:type="dxa"/>
              <w:right w:w="125" w:type="dxa"/>
            </w:tcMar>
            <w:vAlign w:val="center"/>
          </w:tcPr>
          <w:p w14:paraId="5F2A7B91" w14:textId="77777777" w:rsidR="002E64B4" w:rsidRDefault="00A00CBA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Elemento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5" w:type="dxa"/>
              <w:left w:w="125" w:type="dxa"/>
              <w:bottom w:w="95" w:type="dxa"/>
              <w:right w:w="125" w:type="dxa"/>
            </w:tcMar>
            <w:vAlign w:val="center"/>
          </w:tcPr>
          <w:p w14:paraId="7BD35F89" w14:textId="77777777" w:rsidR="002E64B4" w:rsidRDefault="00A00CBA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Perguntas de orientação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5" w:type="dxa"/>
              <w:left w:w="125" w:type="dxa"/>
              <w:bottom w:w="95" w:type="dxa"/>
              <w:right w:w="125" w:type="dxa"/>
            </w:tcMar>
            <w:vAlign w:val="center"/>
          </w:tcPr>
          <w:p w14:paraId="77050041" w14:textId="77777777" w:rsidR="002E64B4" w:rsidRDefault="00A00CBA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Registo do aluno</w:t>
            </w:r>
          </w:p>
        </w:tc>
      </w:tr>
      <w:tr w:rsidR="002E64B4" w:rsidRPr="004327AF" w14:paraId="0186A9ED" w14:textId="77777777">
        <w:trPr>
          <w:cantSplit/>
          <w:trHeight w:val="1037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7555D916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Intenção e destinatário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79760D56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sz w:val="18"/>
                <w:lang w:val="pt-PT"/>
              </w:rPr>
              <w:t>Quem produziu, para que público e com que objetivo? Pretende documentar, explicar, sensibilizar, persuadir ou vender?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40EA8F42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  <w:tr w:rsidR="002E64B4" w:rsidRPr="004327AF" w14:paraId="4AFA967D" w14:textId="77777777">
        <w:trPr>
          <w:cantSplit/>
          <w:trHeight w:val="1037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26319F7F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Contexto e circulação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58C0A008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sz w:val="18"/>
                <w:lang w:val="pt-PT"/>
              </w:rPr>
              <w:t>Quando, onde e em que plataforma circulou? A republicação, legenda ou sequência alterou o significado?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70C83087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  <w:tr w:rsidR="002E64B4" w:rsidRPr="004327AF" w14:paraId="7BD00D66" w14:textId="77777777">
        <w:trPr>
          <w:cantSplit/>
          <w:trHeight w:val="1037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0A6C2589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Proveniência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71E8B05D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sz w:val="18"/>
                <w:lang w:val="pt-PT"/>
              </w:rPr>
              <w:t>A autoria, data e fonte são verificáveis? Trata-se de registo, ilustração, modelo, montagem, simulação ou imagem gerada?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06C2D773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  <w:tr w:rsidR="002E64B4" w:rsidRPr="004327AF" w14:paraId="00530A23" w14:textId="77777777">
        <w:trPr>
          <w:cantSplit/>
          <w:trHeight w:val="1037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779EEBDA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Efeito e persuasão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26CAF652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sz w:val="18"/>
                <w:lang w:val="pt-PT"/>
              </w:rPr>
              <w:t>Que emoções ou respostas procura provocar? Os efeitos formais substituem, apoiam ou distorcem a evidência?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53585F76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  <w:tr w:rsidR="002E64B4" w14:paraId="0DEC90EB" w14:textId="77777777">
        <w:trPr>
          <w:cantSplit/>
          <w:trHeight w:val="1037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0CB89325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Limites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1FF1AF49" w14:textId="77777777" w:rsidR="002E64B4" w:rsidRDefault="00A00CBA">
            <w:pPr>
              <w:spacing w:after="0"/>
            </w:pPr>
            <w:r w:rsidRPr="004327AF">
              <w:rPr>
                <w:sz w:val="18"/>
                <w:lang w:val="pt-PT"/>
              </w:rPr>
              <w:t xml:space="preserve">O que a imagem permite conhecer? O que exige confirmação por outras fontes? </w:t>
            </w:r>
            <w:r>
              <w:rPr>
                <w:sz w:val="18"/>
              </w:rPr>
              <w:t>O que não permite concluir?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15DE5842" w14:textId="77777777" w:rsidR="002E64B4" w:rsidRDefault="002E64B4">
            <w:pPr>
              <w:spacing w:after="0"/>
            </w:pPr>
          </w:p>
        </w:tc>
      </w:tr>
      <w:tr w:rsidR="002E64B4" w:rsidRPr="004327AF" w14:paraId="35EEF008" w14:textId="77777777">
        <w:trPr>
          <w:cantSplit/>
          <w:trHeight w:val="1037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4780344A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Comparação</w:t>
            </w:r>
          </w:p>
        </w:tc>
        <w:tc>
          <w:tcPr>
            <w:tcW w:w="45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1C62E3D3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sz w:val="18"/>
                <w:lang w:val="pt-PT"/>
              </w:rPr>
              <w:t>Que outra imagem ou fonte apresenta o tema de forma diferente? O que se torna visível quando as comparo?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18CAC4DC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</w:tbl>
    <w:p w14:paraId="2A7B4105" w14:textId="77777777" w:rsidR="002E64B4" w:rsidRPr="004327AF" w:rsidRDefault="002E64B4">
      <w:pPr>
        <w:spacing w:after="20"/>
        <w:rPr>
          <w:lang w:val="pt-PT"/>
        </w:rPr>
      </w:pPr>
    </w:p>
    <w:p w14:paraId="557A15B0" w14:textId="77777777" w:rsidR="002E64B4" w:rsidRPr="0093198B" w:rsidRDefault="00A00CBA">
      <w:pPr>
        <w:pStyle w:val="Ttulo1"/>
        <w:pageBreakBefore/>
        <w:rPr>
          <w:color w:val="0070C0"/>
        </w:rPr>
      </w:pPr>
      <w:r w:rsidRPr="0093198B">
        <w:rPr>
          <w:color w:val="0070C0"/>
        </w:rPr>
        <w:lastRenderedPageBreak/>
        <w:t>Ensino Secundário  Interpretação fundamentada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28"/>
        <w:gridCol w:w="6624"/>
      </w:tblGrid>
      <w:tr w:rsidR="002E64B4" w14:paraId="3D91B3AA" w14:textId="77777777">
        <w:trPr>
          <w:tblHeader/>
          <w:jc w:val="center"/>
        </w:trPr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115" w:type="dxa"/>
              <w:left w:w="125" w:type="dxa"/>
              <w:bottom w:w="115" w:type="dxa"/>
              <w:right w:w="125" w:type="dxa"/>
            </w:tcMar>
          </w:tcPr>
          <w:p w14:paraId="479ED59B" w14:textId="77777777" w:rsidR="002E64B4" w:rsidRDefault="00A00CBA">
            <w:pPr>
              <w:jc w:val="center"/>
            </w:pPr>
            <w:r>
              <w:rPr>
                <w:b/>
                <w:color w:val="FFFFFF"/>
                <w:sz w:val="18"/>
              </w:rPr>
              <w:t>Síntese</w:t>
            </w:r>
          </w:p>
        </w:tc>
        <w:tc>
          <w:tcPr>
            <w:tcW w:w="66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115" w:type="dxa"/>
              <w:left w:w="125" w:type="dxa"/>
              <w:bottom w:w="115" w:type="dxa"/>
              <w:right w:w="125" w:type="dxa"/>
            </w:tcMar>
          </w:tcPr>
          <w:p w14:paraId="33757EE4" w14:textId="77777777" w:rsidR="002E64B4" w:rsidRDefault="00A00CBA">
            <w:pPr>
              <w:jc w:val="center"/>
            </w:pPr>
            <w:r>
              <w:rPr>
                <w:b/>
                <w:color w:val="FFFFFF"/>
                <w:sz w:val="18"/>
              </w:rPr>
              <w:t>Resposta fundamentada</w:t>
            </w:r>
          </w:p>
        </w:tc>
      </w:tr>
      <w:tr w:rsidR="002E64B4" w14:paraId="0AC89AB2" w14:textId="77777777">
        <w:trPr>
          <w:cantSplit/>
          <w:trHeight w:val="835"/>
          <w:jc w:val="center"/>
        </w:trPr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19A65B80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Descrição objetiva da imagem</w:t>
            </w:r>
          </w:p>
        </w:tc>
        <w:tc>
          <w:tcPr>
            <w:tcW w:w="66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1E10EFB4" w14:textId="77777777" w:rsidR="002E64B4" w:rsidRDefault="002E64B4">
            <w:pPr>
              <w:spacing w:after="0"/>
            </w:pPr>
          </w:p>
        </w:tc>
      </w:tr>
      <w:tr w:rsidR="002E64B4" w14:paraId="18AF5387" w14:textId="77777777">
        <w:trPr>
          <w:cantSplit/>
          <w:trHeight w:val="835"/>
          <w:jc w:val="center"/>
        </w:trPr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4CE34B05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Interpretação principal</w:t>
            </w:r>
          </w:p>
        </w:tc>
        <w:tc>
          <w:tcPr>
            <w:tcW w:w="66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46C1ED09" w14:textId="77777777" w:rsidR="002E64B4" w:rsidRDefault="002E64B4">
            <w:pPr>
              <w:spacing w:after="0"/>
            </w:pPr>
          </w:p>
        </w:tc>
      </w:tr>
      <w:tr w:rsidR="002E64B4" w:rsidRPr="004327AF" w14:paraId="16A69C39" w14:textId="77777777">
        <w:trPr>
          <w:cantSplit/>
          <w:trHeight w:val="835"/>
          <w:jc w:val="center"/>
        </w:trPr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1924330B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b/>
                <w:sz w:val="18"/>
                <w:lang w:val="pt-PT"/>
              </w:rPr>
              <w:t>Elementos formais que sustentam a interpretação</w:t>
            </w:r>
          </w:p>
        </w:tc>
        <w:tc>
          <w:tcPr>
            <w:tcW w:w="66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1CC6EE09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  <w:tr w:rsidR="002E64B4" w14:paraId="765A8645" w14:textId="77777777">
        <w:trPr>
          <w:cantSplit/>
          <w:trHeight w:val="835"/>
          <w:jc w:val="center"/>
        </w:trPr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10C3FF17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Informação de contexto relevante</w:t>
            </w:r>
          </w:p>
        </w:tc>
        <w:tc>
          <w:tcPr>
            <w:tcW w:w="66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4A1DDAAA" w14:textId="77777777" w:rsidR="002E64B4" w:rsidRDefault="002E64B4">
            <w:pPr>
              <w:spacing w:after="0"/>
            </w:pPr>
          </w:p>
        </w:tc>
      </w:tr>
      <w:tr w:rsidR="002E64B4" w:rsidRPr="004327AF" w14:paraId="451E1149" w14:textId="77777777">
        <w:trPr>
          <w:cantSplit/>
          <w:trHeight w:val="835"/>
          <w:jc w:val="center"/>
        </w:trPr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09DDEF18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b/>
                <w:sz w:val="18"/>
                <w:lang w:val="pt-PT"/>
              </w:rPr>
              <w:t>Valores perspetivas ou interesses presentes</w:t>
            </w:r>
          </w:p>
        </w:tc>
        <w:tc>
          <w:tcPr>
            <w:tcW w:w="66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222A2019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  <w:tr w:rsidR="002E64B4" w:rsidRPr="004327AF" w14:paraId="760EFCF1" w14:textId="77777777">
        <w:trPr>
          <w:cantSplit/>
          <w:trHeight w:val="835"/>
          <w:jc w:val="center"/>
        </w:trPr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2D89EBD2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b/>
                <w:sz w:val="18"/>
                <w:lang w:val="pt-PT"/>
              </w:rPr>
              <w:t>Ausências ou alternativas de representação</w:t>
            </w:r>
          </w:p>
        </w:tc>
        <w:tc>
          <w:tcPr>
            <w:tcW w:w="66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1F28AA03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  <w:tr w:rsidR="002E64B4" w:rsidRPr="004327AF" w14:paraId="46C70553" w14:textId="77777777">
        <w:trPr>
          <w:cantSplit/>
          <w:trHeight w:val="835"/>
          <w:jc w:val="center"/>
        </w:trPr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380AB12C" w14:textId="77777777" w:rsidR="002E64B4" w:rsidRPr="004327AF" w:rsidRDefault="00A00CBA">
            <w:pPr>
              <w:spacing w:after="0"/>
              <w:rPr>
                <w:lang w:val="pt-PT"/>
              </w:rPr>
            </w:pPr>
            <w:r w:rsidRPr="004327AF">
              <w:rPr>
                <w:b/>
                <w:sz w:val="18"/>
                <w:lang w:val="pt-PT"/>
              </w:rPr>
              <w:t>Aspetos que precisam de verificação</w:t>
            </w:r>
          </w:p>
        </w:tc>
        <w:tc>
          <w:tcPr>
            <w:tcW w:w="66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0D3BB623" w14:textId="77777777" w:rsidR="002E64B4" w:rsidRPr="004327AF" w:rsidRDefault="002E64B4">
            <w:pPr>
              <w:spacing w:after="0"/>
              <w:rPr>
                <w:lang w:val="pt-PT"/>
              </w:rPr>
            </w:pPr>
          </w:p>
        </w:tc>
      </w:tr>
      <w:tr w:rsidR="002E64B4" w14:paraId="02E06729" w14:textId="77777777">
        <w:trPr>
          <w:cantSplit/>
          <w:trHeight w:val="835"/>
          <w:jc w:val="center"/>
        </w:trPr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5C242C39" w14:textId="77777777" w:rsidR="002E64B4" w:rsidRDefault="00A00CBA">
            <w:pPr>
              <w:spacing w:after="0"/>
            </w:pPr>
            <w:r>
              <w:rPr>
                <w:b/>
                <w:sz w:val="18"/>
              </w:rPr>
              <w:t>Limites da conclusão</w:t>
            </w:r>
          </w:p>
        </w:tc>
        <w:tc>
          <w:tcPr>
            <w:tcW w:w="66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7FB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72C17633" w14:textId="77777777" w:rsidR="002E64B4" w:rsidRDefault="002E64B4">
            <w:pPr>
              <w:spacing w:after="0"/>
            </w:pPr>
          </w:p>
        </w:tc>
      </w:tr>
    </w:tbl>
    <w:p w14:paraId="75E24145" w14:textId="77777777" w:rsidR="002E64B4" w:rsidRPr="0093198B" w:rsidRDefault="00A00CBA">
      <w:pPr>
        <w:pStyle w:val="Ttulo1"/>
        <w:pageBreakBefore/>
        <w:rPr>
          <w:color w:val="0070C0"/>
        </w:rPr>
      </w:pPr>
      <w:r w:rsidRPr="0093198B">
        <w:rPr>
          <w:color w:val="0070C0"/>
        </w:rPr>
        <w:lastRenderedPageBreak/>
        <w:t>Ensino Secundário  Conclusão crítica</w:t>
      </w:r>
    </w:p>
    <w:p w14:paraId="19110455" w14:textId="77777777" w:rsidR="0093198B" w:rsidRDefault="0093198B" w:rsidP="0093198B">
      <w:pPr>
        <w:spacing w:after="60"/>
        <w:rPr>
          <w:b/>
          <w:lang w:val="pt-PT"/>
        </w:rPr>
      </w:pPr>
    </w:p>
    <w:p w14:paraId="763F5218" w14:textId="77777777" w:rsidR="0093198B" w:rsidRDefault="0093198B" w:rsidP="0093198B">
      <w:pPr>
        <w:spacing w:after="60"/>
        <w:rPr>
          <w:b/>
          <w:lang w:val="pt-PT"/>
        </w:rPr>
      </w:pPr>
    </w:p>
    <w:p w14:paraId="7F661799" w14:textId="3CDFF178" w:rsidR="002E64B4" w:rsidRDefault="00A00CBA" w:rsidP="0093198B">
      <w:pPr>
        <w:spacing w:after="60"/>
        <w:rPr>
          <w:color w:val="666666"/>
          <w:lang w:val="pt-PT"/>
        </w:rPr>
      </w:pPr>
      <w:r w:rsidRPr="004327AF">
        <w:rPr>
          <w:b/>
          <w:lang w:val="pt-PT"/>
        </w:rPr>
        <w:t xml:space="preserve">A imagem orienta a leitura do tema ao destacar </w:t>
      </w:r>
    </w:p>
    <w:p w14:paraId="25474402" w14:textId="77777777" w:rsidR="0093198B" w:rsidRPr="004327AF" w:rsidRDefault="0093198B" w:rsidP="0093198B">
      <w:pPr>
        <w:spacing w:after="60"/>
        <w:rPr>
          <w:lang w:val="pt-PT"/>
        </w:rPr>
      </w:pPr>
    </w:p>
    <w:p w14:paraId="5DA8603F" w14:textId="7CCD631C" w:rsidR="002E64B4" w:rsidRDefault="00A00CBA" w:rsidP="0093198B">
      <w:pPr>
        <w:spacing w:after="60"/>
        <w:rPr>
          <w:color w:val="666666"/>
          <w:lang w:val="pt-PT"/>
        </w:rPr>
      </w:pPr>
      <w:r w:rsidRPr="004327AF">
        <w:rPr>
          <w:b/>
          <w:lang w:val="pt-PT"/>
        </w:rPr>
        <w:t xml:space="preserve">Esta interpretação é sustentada por </w:t>
      </w:r>
    </w:p>
    <w:p w14:paraId="35677642" w14:textId="77777777" w:rsidR="0093198B" w:rsidRPr="004327AF" w:rsidRDefault="0093198B" w:rsidP="0093198B">
      <w:pPr>
        <w:spacing w:after="60"/>
        <w:rPr>
          <w:lang w:val="pt-PT"/>
        </w:rPr>
      </w:pPr>
    </w:p>
    <w:p w14:paraId="3D41E5D9" w14:textId="6F04D631" w:rsidR="002E64B4" w:rsidRDefault="00A00CBA" w:rsidP="0093198B">
      <w:pPr>
        <w:spacing w:after="60"/>
        <w:rPr>
          <w:color w:val="666666"/>
          <w:lang w:val="pt-PT"/>
        </w:rPr>
      </w:pPr>
      <w:r w:rsidRPr="004327AF">
        <w:rPr>
          <w:b/>
          <w:lang w:val="pt-PT"/>
        </w:rPr>
        <w:t xml:space="preserve">Quando considero a autoria e o contexto </w:t>
      </w:r>
    </w:p>
    <w:p w14:paraId="57A1A56F" w14:textId="77777777" w:rsidR="0093198B" w:rsidRPr="004327AF" w:rsidRDefault="0093198B" w:rsidP="0093198B">
      <w:pPr>
        <w:spacing w:after="60"/>
        <w:rPr>
          <w:lang w:val="pt-PT"/>
        </w:rPr>
      </w:pPr>
    </w:p>
    <w:p w14:paraId="5591D231" w14:textId="77777777" w:rsidR="0093198B" w:rsidRDefault="00A00CBA" w:rsidP="0093198B">
      <w:pPr>
        <w:spacing w:after="60"/>
        <w:rPr>
          <w:color w:val="666666"/>
          <w:lang w:val="pt-PT"/>
        </w:rPr>
      </w:pPr>
      <w:r w:rsidRPr="004327AF">
        <w:rPr>
          <w:b/>
          <w:lang w:val="pt-PT"/>
        </w:rPr>
        <w:t xml:space="preserve">Uma representação alternativa poderia </w:t>
      </w:r>
    </w:p>
    <w:p w14:paraId="772C2A08" w14:textId="77777777" w:rsidR="0093198B" w:rsidRDefault="0093198B" w:rsidP="0093198B">
      <w:pPr>
        <w:spacing w:after="60"/>
        <w:rPr>
          <w:color w:val="666666"/>
          <w:lang w:val="pt-PT"/>
        </w:rPr>
      </w:pPr>
    </w:p>
    <w:p w14:paraId="6BF2D75C" w14:textId="5823B1D0" w:rsidR="002E64B4" w:rsidRDefault="00A00CBA" w:rsidP="0093198B">
      <w:pPr>
        <w:spacing w:after="60"/>
        <w:rPr>
          <w:color w:val="666666"/>
          <w:lang w:val="pt-PT"/>
        </w:rPr>
      </w:pPr>
      <w:r w:rsidRPr="004327AF">
        <w:rPr>
          <w:b/>
          <w:lang w:val="pt-PT"/>
        </w:rPr>
        <w:t xml:space="preserve">Com esta imagem posso concluir que </w:t>
      </w:r>
    </w:p>
    <w:p w14:paraId="6CF19B0F" w14:textId="77777777" w:rsidR="0093198B" w:rsidRPr="004327AF" w:rsidRDefault="0093198B" w:rsidP="0093198B">
      <w:pPr>
        <w:spacing w:after="60"/>
        <w:rPr>
          <w:lang w:val="pt-PT"/>
        </w:rPr>
      </w:pPr>
    </w:p>
    <w:p w14:paraId="5D362CAC" w14:textId="072D34F3" w:rsidR="002E64B4" w:rsidRDefault="00A00CBA" w:rsidP="0093198B">
      <w:pPr>
        <w:spacing w:after="60"/>
        <w:rPr>
          <w:color w:val="666666"/>
          <w:lang w:val="pt-PT"/>
        </w:rPr>
      </w:pPr>
      <w:r w:rsidRPr="004327AF">
        <w:rPr>
          <w:b/>
          <w:lang w:val="pt-PT"/>
        </w:rPr>
        <w:t xml:space="preserve">Com esta imagem não posso concluir que </w:t>
      </w:r>
    </w:p>
    <w:p w14:paraId="03E8E121" w14:textId="77777777" w:rsidR="0093198B" w:rsidRDefault="0093198B" w:rsidP="0093198B">
      <w:pPr>
        <w:spacing w:after="60"/>
        <w:rPr>
          <w:color w:val="666666"/>
          <w:lang w:val="pt-PT"/>
        </w:rPr>
      </w:pPr>
    </w:p>
    <w:p w14:paraId="6C7CF21A" w14:textId="77777777" w:rsidR="0093198B" w:rsidRPr="004327AF" w:rsidRDefault="0093198B" w:rsidP="0093198B">
      <w:pPr>
        <w:spacing w:after="60"/>
        <w:rPr>
          <w:lang w:val="pt-PT"/>
        </w:rPr>
      </w:pPr>
    </w:p>
    <w:p w14:paraId="025CA671" w14:textId="77777777" w:rsidR="002E64B4" w:rsidRPr="004327AF" w:rsidRDefault="00A00CBA">
      <w:pPr>
        <w:pStyle w:val="Ttulo2"/>
        <w:rPr>
          <w:lang w:val="pt-PT"/>
        </w:rPr>
      </w:pPr>
      <w:r w:rsidRPr="004327AF">
        <w:rPr>
          <w:lang w:val="pt-PT"/>
        </w:rPr>
        <w:t>Critérios de uma resposta bem fundamentada</w:t>
      </w:r>
    </w:p>
    <w:p w14:paraId="3769FC5E" w14:textId="77777777" w:rsidR="002E64B4" w:rsidRPr="004327AF" w:rsidRDefault="00A00CBA">
      <w:pPr>
        <w:rPr>
          <w:lang w:val="pt-PT"/>
        </w:rPr>
      </w:pPr>
      <w:r w:rsidRPr="004327AF">
        <w:rPr>
          <w:lang w:val="pt-PT"/>
        </w:rPr>
        <w:t>□ Distingo descrição, interpretação e informação de contexto.</w:t>
      </w:r>
    </w:p>
    <w:p w14:paraId="78036848" w14:textId="77777777" w:rsidR="002E64B4" w:rsidRPr="004327AF" w:rsidRDefault="00A00CBA">
      <w:pPr>
        <w:rPr>
          <w:lang w:val="pt-PT"/>
        </w:rPr>
      </w:pPr>
      <w:r w:rsidRPr="004327AF">
        <w:rPr>
          <w:lang w:val="pt-PT"/>
        </w:rPr>
        <w:t>□ Indico elementos formais concretos como evidência.</w:t>
      </w:r>
    </w:p>
    <w:p w14:paraId="35C48399" w14:textId="77777777" w:rsidR="002E64B4" w:rsidRPr="004327AF" w:rsidRDefault="00A00CBA">
      <w:pPr>
        <w:rPr>
          <w:lang w:val="pt-PT"/>
        </w:rPr>
      </w:pPr>
      <w:r w:rsidRPr="004327AF">
        <w:rPr>
          <w:lang w:val="pt-PT"/>
        </w:rPr>
        <w:t>□ Identifico autoria, fonte, data, intenção e destinatário quando disponíveis.</w:t>
      </w:r>
    </w:p>
    <w:p w14:paraId="4EF95EB8" w14:textId="77777777" w:rsidR="002E64B4" w:rsidRPr="004327AF" w:rsidRDefault="00A00CBA">
      <w:pPr>
        <w:rPr>
          <w:lang w:val="pt-PT"/>
        </w:rPr>
      </w:pPr>
      <w:r w:rsidRPr="004327AF">
        <w:rPr>
          <w:lang w:val="pt-PT"/>
        </w:rPr>
        <w:t>□ Reconheço representações, ausências e possíveis estereótipos.</w:t>
      </w:r>
    </w:p>
    <w:p w14:paraId="4FB3A663" w14:textId="77777777" w:rsidR="002E64B4" w:rsidRPr="004327AF" w:rsidRDefault="00A00CBA">
      <w:pPr>
        <w:rPr>
          <w:lang w:val="pt-PT"/>
        </w:rPr>
      </w:pPr>
      <w:r w:rsidRPr="004327AF">
        <w:rPr>
          <w:lang w:val="pt-PT"/>
        </w:rPr>
        <w:t>□ Explico o que a imagem permite conhecer e os limites da minha conclusão.</w:t>
      </w:r>
    </w:p>
    <w:p w14:paraId="3A03133C" w14:textId="77777777" w:rsidR="002E64B4" w:rsidRPr="004327AF" w:rsidRDefault="00A00CBA">
      <w:pPr>
        <w:rPr>
          <w:lang w:val="pt-PT"/>
        </w:rPr>
      </w:pPr>
      <w:r w:rsidRPr="004327AF">
        <w:rPr>
          <w:lang w:val="pt-PT"/>
        </w:rPr>
        <w:t>□ Comparo com outra imagem ou fonte quando a questão o exige.</w:t>
      </w:r>
    </w:p>
    <w:sectPr w:rsidR="002E64B4" w:rsidRPr="004327AF" w:rsidSect="00034616">
      <w:headerReference w:type="default" r:id="rId8"/>
      <w:footerReference w:type="default" r:id="rId9"/>
      <w:pgSz w:w="12240" w:h="15840"/>
      <w:pgMar w:top="979" w:right="1037" w:bottom="979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F8873" w14:textId="77777777" w:rsidR="00603E38" w:rsidRDefault="00603E38">
      <w:pPr>
        <w:spacing w:after="0" w:line="240" w:lineRule="auto"/>
      </w:pPr>
      <w:r>
        <w:separator/>
      </w:r>
    </w:p>
  </w:endnote>
  <w:endnote w:type="continuationSeparator" w:id="0">
    <w:p w14:paraId="67CE9A3F" w14:textId="77777777" w:rsidR="00603E38" w:rsidRDefault="00603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1AE4A" w14:textId="77777777" w:rsidR="002E64B4" w:rsidRDefault="00A00CBA">
    <w:pPr>
      <w:pStyle w:val="Rodap"/>
      <w:jc w:val="right"/>
    </w:pPr>
    <w:r>
      <w:rPr>
        <w:color w:val="666666"/>
        <w:sz w:val="17"/>
      </w:rPr>
      <w:t xml:space="preserve">Página </w:t>
    </w:r>
    <w:r>
      <w:rPr>
        <w:color w:val="666666"/>
        <w:sz w:val="17"/>
      </w:rPr>
      <w:fldChar w:fldCharType="begin"/>
    </w:r>
    <w:r>
      <w:rPr>
        <w:color w:val="666666"/>
        <w:sz w:val="17"/>
      </w:rPr>
      <w:instrText>PAGE</w:instrText>
    </w:r>
    <w:r>
      <w:rPr>
        <w:color w:val="666666"/>
        <w:sz w:val="17"/>
      </w:rPr>
      <w:fldChar w:fldCharType="separate"/>
    </w:r>
    <w:r w:rsidR="00581958">
      <w:rPr>
        <w:noProof/>
        <w:color w:val="666666"/>
        <w:sz w:val="17"/>
      </w:rPr>
      <w:t>1</w:t>
    </w:r>
    <w:r>
      <w:rPr>
        <w:color w:val="666666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4FD0F" w14:textId="77777777" w:rsidR="00603E38" w:rsidRDefault="00603E38">
      <w:pPr>
        <w:spacing w:after="0" w:line="240" w:lineRule="auto"/>
      </w:pPr>
      <w:r>
        <w:separator/>
      </w:r>
    </w:p>
  </w:footnote>
  <w:footnote w:type="continuationSeparator" w:id="0">
    <w:p w14:paraId="2B7EABDE" w14:textId="77777777" w:rsidR="00603E38" w:rsidRDefault="00603E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A1FB9" w14:textId="4D7EBB96" w:rsidR="007953CC" w:rsidRPr="007953CC" w:rsidRDefault="007953CC">
    <w:pPr>
      <w:pStyle w:val="Cabealho"/>
      <w:rPr>
        <w:lang w:val="pt-PT"/>
      </w:rPr>
    </w:pPr>
    <w:r>
      <w:rPr>
        <w:noProof/>
      </w:rPr>
      <w:drawing>
        <wp:inline distT="0" distB="0" distL="0" distR="0" wp14:anchorId="07A4429F" wp14:editId="3DA3CEAB">
          <wp:extent cx="1443395" cy="1001486"/>
          <wp:effectExtent l="0" t="0" r="4445" b="8255"/>
          <wp:docPr id="71686387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4942" cy="1009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953CC">
      <w:rPr>
        <w:b/>
        <w:bCs/>
      </w:rPr>
      <w:ptab w:relativeTo="margin" w:alignment="center" w:leader="none"/>
    </w:r>
    <w:r w:rsidRPr="007953CC">
      <w:rPr>
        <w:b/>
        <w:bCs/>
      </w:rPr>
      <w:ptab w:relativeTo="margin" w:alignment="right" w:leader="none"/>
    </w:r>
    <w:r w:rsidRPr="007953CC">
      <w:rPr>
        <w:b/>
        <w:bCs/>
      </w:rPr>
      <w:t>Luísa Magalhães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62871877">
    <w:abstractNumId w:val="8"/>
  </w:num>
  <w:num w:numId="2" w16cid:durableId="439035581">
    <w:abstractNumId w:val="6"/>
  </w:num>
  <w:num w:numId="3" w16cid:durableId="173228591">
    <w:abstractNumId w:val="5"/>
  </w:num>
  <w:num w:numId="4" w16cid:durableId="825434717">
    <w:abstractNumId w:val="4"/>
  </w:num>
  <w:num w:numId="5" w16cid:durableId="1252007398">
    <w:abstractNumId w:val="7"/>
  </w:num>
  <w:num w:numId="6" w16cid:durableId="1479758617">
    <w:abstractNumId w:val="3"/>
  </w:num>
  <w:num w:numId="7" w16cid:durableId="676926230">
    <w:abstractNumId w:val="2"/>
  </w:num>
  <w:num w:numId="8" w16cid:durableId="684093500">
    <w:abstractNumId w:val="1"/>
  </w:num>
  <w:num w:numId="9" w16cid:durableId="1967079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3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6570"/>
    <w:rsid w:val="0029639D"/>
    <w:rsid w:val="002E64B4"/>
    <w:rsid w:val="003170BC"/>
    <w:rsid w:val="00326F90"/>
    <w:rsid w:val="0033535F"/>
    <w:rsid w:val="004327AF"/>
    <w:rsid w:val="00581958"/>
    <w:rsid w:val="00603E38"/>
    <w:rsid w:val="00687A2C"/>
    <w:rsid w:val="007953CC"/>
    <w:rsid w:val="007E1E02"/>
    <w:rsid w:val="00811FD6"/>
    <w:rsid w:val="0093198B"/>
    <w:rsid w:val="00A00CBA"/>
    <w:rsid w:val="00AA1D8D"/>
    <w:rsid w:val="00B47730"/>
    <w:rsid w:val="00C75946"/>
    <w:rsid w:val="00CB0664"/>
    <w:rsid w:val="00E24EC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AF7D44"/>
  <w14:defaultImageDpi w14:val="300"/>
  <w15:docId w15:val="{2A27469C-8A8C-4334-BA25-2A3A37C2A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4" w:lineRule="auto"/>
    </w:pPr>
    <w:rPr>
      <w:rFonts w:ascii="Arial" w:hAnsi="Arial"/>
      <w:color w:val="000000"/>
      <w:sz w:val="21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180" w:after="120"/>
      <w:outlineLvl w:val="0"/>
    </w:pPr>
    <w:rPr>
      <w:rFonts w:asciiTheme="majorHAnsi" w:eastAsiaTheme="majorEastAsia" w:hAnsiTheme="majorHAnsi" w:cstheme="majorBidi"/>
      <w:b/>
      <w:bCs/>
      <w:sz w:val="34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180" w:after="120"/>
      <w:outlineLvl w:val="1"/>
    </w:pPr>
    <w:rPr>
      <w:rFonts w:asciiTheme="majorHAnsi" w:eastAsiaTheme="majorEastAsia" w:hAnsiTheme="majorHAnsi" w:cstheme="majorBidi"/>
      <w:b/>
      <w:bCs/>
      <w:sz w:val="27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keepNext/>
      <w:spacing w:before="180" w:after="12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6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1246</Words>
  <Characters>6733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Matriz de análise de imagem para alunos</dc:title>
  <dc:subject/>
  <dc:creator>Luísa Magalhães</dc:creator>
  <cp:keywords/>
  <dc:description>generated by python-docx</dc:description>
  <cp:lastModifiedBy>Luísa Magalhães</cp:lastModifiedBy>
  <cp:revision>1</cp:revision>
  <dcterms:created xsi:type="dcterms:W3CDTF">2026-09-17T14:36:00Z</dcterms:created>
  <dcterms:modified xsi:type="dcterms:W3CDTF">2026-09-17T14:40:00Z</dcterms:modified>
  <cp:category/>
</cp:coreProperties>
</file>