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6B19A" w14:textId="3FAC71FE" w:rsidR="007D3A94" w:rsidRDefault="007D3A94">
      <w:pPr>
        <w:pStyle w:val="Ttulo"/>
        <w:spacing w:after="40"/>
        <w:rPr>
          <w:rFonts w:ascii="Aptos Display" w:hAnsi="Aptos Display"/>
          <w:sz w:val="46"/>
        </w:rPr>
      </w:pPr>
      <w:r>
        <w:rPr>
          <w:noProof/>
        </w:rPr>
        <w:drawing>
          <wp:inline distT="0" distB="0" distL="0" distR="0" wp14:anchorId="559DEDF8" wp14:editId="26BF34FD">
            <wp:extent cx="1323975" cy="918628"/>
            <wp:effectExtent l="0" t="0" r="0" b="0"/>
            <wp:docPr id="49654410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905" cy="931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8280E" w14:textId="77777777" w:rsidR="007D3A94" w:rsidRDefault="007D3A94">
      <w:pPr>
        <w:pStyle w:val="Ttulo"/>
        <w:spacing w:after="40"/>
        <w:rPr>
          <w:rFonts w:ascii="Aptos Display" w:hAnsi="Aptos Display"/>
          <w:sz w:val="46"/>
        </w:rPr>
      </w:pPr>
    </w:p>
    <w:p w14:paraId="162257C6" w14:textId="77777777" w:rsidR="007D3A94" w:rsidRDefault="007D3A94">
      <w:pPr>
        <w:pStyle w:val="Ttulo"/>
        <w:spacing w:after="40"/>
        <w:rPr>
          <w:rFonts w:ascii="Aptos Display" w:hAnsi="Aptos Display"/>
          <w:sz w:val="46"/>
        </w:rPr>
      </w:pPr>
    </w:p>
    <w:p w14:paraId="0DB56307" w14:textId="5B3833A6" w:rsidR="001305B2" w:rsidRPr="007D3A94" w:rsidRDefault="00000000">
      <w:pPr>
        <w:pStyle w:val="Ttulo"/>
        <w:spacing w:after="40"/>
        <w:rPr>
          <w:lang w:val="pt-PT"/>
        </w:rPr>
      </w:pPr>
      <w:r w:rsidRPr="007D3A94">
        <w:rPr>
          <w:rFonts w:ascii="Aptos Display" w:hAnsi="Aptos Display"/>
          <w:sz w:val="46"/>
          <w:lang w:val="pt-PT"/>
        </w:rPr>
        <w:t>Carta de Projeto</w:t>
      </w:r>
    </w:p>
    <w:p w14:paraId="02A4B107" w14:textId="77777777" w:rsidR="001305B2" w:rsidRPr="007D3A94" w:rsidRDefault="00000000">
      <w:pPr>
        <w:pBdr>
          <w:bottom w:val="single" w:sz="14" w:space="6" w:color="1F4E79"/>
        </w:pBdr>
        <w:spacing w:after="180"/>
        <w:rPr>
          <w:lang w:val="pt-PT"/>
        </w:rPr>
      </w:pPr>
      <w:r w:rsidRPr="007D3A94">
        <w:rPr>
          <w:color w:val="506070"/>
          <w:lang w:val="pt-PT"/>
        </w:rPr>
        <w:t>Produto da Sessão 1 · Media e construção da realidade</w:t>
      </w:r>
    </w:p>
    <w:p w14:paraId="032816D7" w14:textId="77777777" w:rsidR="001305B2" w:rsidRPr="007D3A94" w:rsidRDefault="00000000">
      <w:pPr>
        <w:spacing w:after="160"/>
        <w:rPr>
          <w:lang w:val="pt-PT"/>
        </w:rPr>
      </w:pPr>
      <w:r w:rsidRPr="007D3A94">
        <w:rPr>
          <w:b/>
          <w:color w:val="1F4E79"/>
          <w:lang w:val="pt-PT"/>
        </w:rPr>
        <w:t xml:space="preserve">Finalidade: </w:t>
      </w:r>
      <w:r w:rsidRPr="007D3A94">
        <w:rPr>
          <w:lang w:val="pt-PT"/>
        </w:rPr>
        <w:t>registar uma primeira versão de um projeto pedagógico que articule conteúdo curricular e literacia mediática.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860"/>
      </w:tblGrid>
      <w:tr w:rsidR="001305B2" w14:paraId="5ABFB98D" w14:textId="77777777">
        <w:trPr>
          <w:trHeight w:val="595"/>
          <w:jc w:val="center"/>
        </w:trPr>
        <w:tc>
          <w:tcPr>
            <w:tcW w:w="2948" w:type="dxa"/>
            <w:tcBorders>
              <w:top w:val="single" w:sz="6" w:space="0" w:color="B7C8D6"/>
              <w:left w:val="single" w:sz="6" w:space="0" w:color="B7C8D6"/>
              <w:bottom w:val="single" w:sz="6" w:space="0" w:color="B7C8D6"/>
              <w:right w:val="single" w:sz="6" w:space="0" w:color="B7C8D6"/>
            </w:tcBorders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00D98D" w14:textId="77777777" w:rsidR="001305B2" w:rsidRDefault="00000000">
            <w:pPr>
              <w:spacing w:after="0"/>
            </w:pPr>
            <w:proofErr w:type="spellStart"/>
            <w:r>
              <w:rPr>
                <w:b/>
                <w:sz w:val="19"/>
              </w:rPr>
              <w:t>Título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provisório</w:t>
            </w:r>
            <w:proofErr w:type="spellEnd"/>
          </w:p>
        </w:tc>
        <w:tc>
          <w:tcPr>
            <w:tcW w:w="6860" w:type="dxa"/>
            <w:tcBorders>
              <w:top w:val="single" w:sz="6" w:space="0" w:color="B7C8D6"/>
              <w:left w:val="single" w:sz="6" w:space="0" w:color="B7C8D6"/>
              <w:bottom w:val="single" w:sz="6" w:space="0" w:color="B7C8D6"/>
              <w:right w:val="single" w:sz="6" w:space="0" w:color="B7C8D6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A6BD7A" w14:textId="77777777" w:rsidR="001305B2" w:rsidRDefault="00000000">
            <w:pPr>
              <w:spacing w:after="0"/>
            </w:pPr>
            <w:r>
              <w:rPr>
                <w:color w:val="AAB4BD"/>
                <w:sz w:val="20"/>
              </w:rPr>
              <w:t xml:space="preserve"> </w:t>
            </w:r>
          </w:p>
        </w:tc>
      </w:tr>
      <w:tr w:rsidR="001305B2" w14:paraId="4A619BC0" w14:textId="77777777">
        <w:trPr>
          <w:trHeight w:val="539"/>
          <w:jc w:val="center"/>
        </w:trPr>
        <w:tc>
          <w:tcPr>
            <w:tcW w:w="2948" w:type="dxa"/>
            <w:tcBorders>
              <w:top w:val="single" w:sz="6" w:space="0" w:color="B7C8D6"/>
              <w:left w:val="single" w:sz="6" w:space="0" w:color="B7C8D6"/>
              <w:bottom w:val="single" w:sz="6" w:space="0" w:color="B7C8D6"/>
              <w:right w:val="single" w:sz="6" w:space="0" w:color="B7C8D6"/>
            </w:tcBorders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3E33F6" w14:textId="77777777" w:rsidR="001305B2" w:rsidRDefault="00000000">
            <w:pPr>
              <w:spacing w:after="0"/>
            </w:pPr>
            <w:r>
              <w:rPr>
                <w:b/>
                <w:sz w:val="19"/>
              </w:rPr>
              <w:t>Disciplina(s)</w:t>
            </w:r>
          </w:p>
        </w:tc>
        <w:tc>
          <w:tcPr>
            <w:tcW w:w="6860" w:type="dxa"/>
            <w:tcBorders>
              <w:top w:val="single" w:sz="6" w:space="0" w:color="B7C8D6"/>
              <w:left w:val="single" w:sz="6" w:space="0" w:color="B7C8D6"/>
              <w:bottom w:val="single" w:sz="6" w:space="0" w:color="B7C8D6"/>
              <w:right w:val="single" w:sz="6" w:space="0" w:color="B7C8D6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5C20C2" w14:textId="77777777" w:rsidR="001305B2" w:rsidRDefault="00000000">
            <w:pPr>
              <w:spacing w:after="0"/>
            </w:pPr>
            <w:r>
              <w:rPr>
                <w:color w:val="AAB4BD"/>
                <w:sz w:val="20"/>
              </w:rPr>
              <w:t xml:space="preserve"> </w:t>
            </w:r>
          </w:p>
        </w:tc>
      </w:tr>
      <w:tr w:rsidR="001305B2" w14:paraId="19DFCAF4" w14:textId="77777777">
        <w:trPr>
          <w:trHeight w:val="539"/>
          <w:jc w:val="center"/>
        </w:trPr>
        <w:tc>
          <w:tcPr>
            <w:tcW w:w="2948" w:type="dxa"/>
            <w:tcBorders>
              <w:top w:val="single" w:sz="6" w:space="0" w:color="B7C8D6"/>
              <w:left w:val="single" w:sz="6" w:space="0" w:color="B7C8D6"/>
              <w:bottom w:val="single" w:sz="6" w:space="0" w:color="B7C8D6"/>
              <w:right w:val="single" w:sz="6" w:space="0" w:color="B7C8D6"/>
            </w:tcBorders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A0F675" w14:textId="77777777" w:rsidR="001305B2" w:rsidRDefault="00000000">
            <w:pPr>
              <w:spacing w:after="0"/>
            </w:pPr>
            <w:r>
              <w:rPr>
                <w:b/>
                <w:sz w:val="19"/>
              </w:rPr>
              <w:t>Ano de escolaridade</w:t>
            </w:r>
          </w:p>
        </w:tc>
        <w:tc>
          <w:tcPr>
            <w:tcW w:w="6860" w:type="dxa"/>
            <w:tcBorders>
              <w:top w:val="single" w:sz="6" w:space="0" w:color="B7C8D6"/>
              <w:left w:val="single" w:sz="6" w:space="0" w:color="B7C8D6"/>
              <w:bottom w:val="single" w:sz="6" w:space="0" w:color="B7C8D6"/>
              <w:right w:val="single" w:sz="6" w:space="0" w:color="B7C8D6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1BBAF3" w14:textId="77777777" w:rsidR="001305B2" w:rsidRDefault="00000000">
            <w:pPr>
              <w:spacing w:after="0"/>
            </w:pPr>
            <w:r>
              <w:rPr>
                <w:color w:val="AAB4BD"/>
                <w:sz w:val="20"/>
              </w:rPr>
              <w:t xml:space="preserve"> </w:t>
            </w:r>
          </w:p>
        </w:tc>
      </w:tr>
      <w:tr w:rsidR="001305B2" w14:paraId="2E232BFA" w14:textId="77777777">
        <w:trPr>
          <w:trHeight w:val="652"/>
          <w:jc w:val="center"/>
        </w:trPr>
        <w:tc>
          <w:tcPr>
            <w:tcW w:w="2948" w:type="dxa"/>
            <w:tcBorders>
              <w:top w:val="single" w:sz="6" w:space="0" w:color="B7C8D6"/>
              <w:left w:val="single" w:sz="6" w:space="0" w:color="B7C8D6"/>
              <w:bottom w:val="single" w:sz="6" w:space="0" w:color="B7C8D6"/>
              <w:right w:val="single" w:sz="6" w:space="0" w:color="B7C8D6"/>
            </w:tcBorders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79C1D7" w14:textId="77777777" w:rsidR="001305B2" w:rsidRDefault="00000000">
            <w:pPr>
              <w:spacing w:after="0"/>
            </w:pPr>
            <w:r>
              <w:rPr>
                <w:b/>
                <w:sz w:val="19"/>
              </w:rPr>
              <w:t>Tema curricular</w:t>
            </w:r>
          </w:p>
        </w:tc>
        <w:tc>
          <w:tcPr>
            <w:tcW w:w="6860" w:type="dxa"/>
            <w:tcBorders>
              <w:top w:val="single" w:sz="6" w:space="0" w:color="B7C8D6"/>
              <w:left w:val="single" w:sz="6" w:space="0" w:color="B7C8D6"/>
              <w:bottom w:val="single" w:sz="6" w:space="0" w:color="B7C8D6"/>
              <w:right w:val="single" w:sz="6" w:space="0" w:color="B7C8D6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0E2EB9" w14:textId="77777777" w:rsidR="001305B2" w:rsidRDefault="00000000">
            <w:pPr>
              <w:spacing w:after="0"/>
            </w:pPr>
            <w:r>
              <w:rPr>
                <w:color w:val="AAB4BD"/>
                <w:sz w:val="20"/>
              </w:rPr>
              <w:t xml:space="preserve"> </w:t>
            </w:r>
          </w:p>
        </w:tc>
      </w:tr>
      <w:tr w:rsidR="001305B2" w14:paraId="13297A2A" w14:textId="77777777">
        <w:trPr>
          <w:trHeight w:val="765"/>
          <w:jc w:val="center"/>
        </w:trPr>
        <w:tc>
          <w:tcPr>
            <w:tcW w:w="2948" w:type="dxa"/>
            <w:tcBorders>
              <w:top w:val="single" w:sz="6" w:space="0" w:color="B7C8D6"/>
              <w:left w:val="single" w:sz="6" w:space="0" w:color="B7C8D6"/>
              <w:bottom w:val="single" w:sz="6" w:space="0" w:color="B7C8D6"/>
              <w:right w:val="single" w:sz="6" w:space="0" w:color="B7C8D6"/>
            </w:tcBorders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5AD536" w14:textId="77777777" w:rsidR="001305B2" w:rsidRDefault="00000000">
            <w:pPr>
              <w:spacing w:after="0"/>
            </w:pPr>
            <w:r>
              <w:rPr>
                <w:b/>
                <w:sz w:val="19"/>
              </w:rPr>
              <w:t>Questão-problema</w:t>
            </w:r>
          </w:p>
        </w:tc>
        <w:tc>
          <w:tcPr>
            <w:tcW w:w="6860" w:type="dxa"/>
            <w:tcBorders>
              <w:top w:val="single" w:sz="6" w:space="0" w:color="B7C8D6"/>
              <w:left w:val="single" w:sz="6" w:space="0" w:color="B7C8D6"/>
              <w:bottom w:val="single" w:sz="6" w:space="0" w:color="B7C8D6"/>
              <w:right w:val="single" w:sz="6" w:space="0" w:color="B7C8D6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B245B8" w14:textId="77777777" w:rsidR="001305B2" w:rsidRDefault="00000000">
            <w:pPr>
              <w:spacing w:after="0"/>
            </w:pPr>
            <w:r>
              <w:rPr>
                <w:color w:val="AAB4BD"/>
                <w:sz w:val="20"/>
              </w:rPr>
              <w:t xml:space="preserve"> </w:t>
            </w:r>
          </w:p>
        </w:tc>
      </w:tr>
      <w:tr w:rsidR="001305B2" w14:paraId="5067AE7D" w14:textId="77777777">
        <w:trPr>
          <w:trHeight w:val="652"/>
          <w:jc w:val="center"/>
        </w:trPr>
        <w:tc>
          <w:tcPr>
            <w:tcW w:w="2948" w:type="dxa"/>
            <w:tcBorders>
              <w:top w:val="single" w:sz="6" w:space="0" w:color="B7C8D6"/>
              <w:left w:val="single" w:sz="6" w:space="0" w:color="B7C8D6"/>
              <w:bottom w:val="single" w:sz="6" w:space="0" w:color="B7C8D6"/>
              <w:right w:val="single" w:sz="6" w:space="0" w:color="B7C8D6"/>
            </w:tcBorders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405A53" w14:textId="77777777" w:rsidR="001305B2" w:rsidRDefault="00000000">
            <w:pPr>
              <w:spacing w:after="0"/>
            </w:pPr>
            <w:r>
              <w:rPr>
                <w:b/>
                <w:sz w:val="19"/>
              </w:rPr>
              <w:t>Objeto mediático</w:t>
            </w:r>
          </w:p>
        </w:tc>
        <w:tc>
          <w:tcPr>
            <w:tcW w:w="6860" w:type="dxa"/>
            <w:tcBorders>
              <w:top w:val="single" w:sz="6" w:space="0" w:color="B7C8D6"/>
              <w:left w:val="single" w:sz="6" w:space="0" w:color="B7C8D6"/>
              <w:bottom w:val="single" w:sz="6" w:space="0" w:color="B7C8D6"/>
              <w:right w:val="single" w:sz="6" w:space="0" w:color="B7C8D6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D5FD69" w14:textId="77777777" w:rsidR="001305B2" w:rsidRDefault="00000000">
            <w:pPr>
              <w:spacing w:after="0"/>
            </w:pPr>
            <w:r>
              <w:rPr>
                <w:color w:val="AAB4BD"/>
                <w:sz w:val="20"/>
              </w:rPr>
              <w:t xml:space="preserve"> </w:t>
            </w:r>
          </w:p>
        </w:tc>
      </w:tr>
      <w:tr w:rsidR="001305B2" w14:paraId="5660A0F7" w14:textId="77777777">
        <w:trPr>
          <w:trHeight w:val="879"/>
          <w:jc w:val="center"/>
        </w:trPr>
        <w:tc>
          <w:tcPr>
            <w:tcW w:w="2948" w:type="dxa"/>
            <w:tcBorders>
              <w:top w:val="single" w:sz="6" w:space="0" w:color="B7C8D6"/>
              <w:left w:val="single" w:sz="6" w:space="0" w:color="B7C8D6"/>
              <w:bottom w:val="single" w:sz="6" w:space="0" w:color="B7C8D6"/>
              <w:right w:val="single" w:sz="6" w:space="0" w:color="B7C8D6"/>
            </w:tcBorders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9DC94D" w14:textId="77777777" w:rsidR="001305B2" w:rsidRDefault="00000000">
            <w:pPr>
              <w:spacing w:after="0"/>
            </w:pPr>
            <w:r>
              <w:rPr>
                <w:b/>
                <w:sz w:val="19"/>
              </w:rPr>
              <w:t>2–3 fontes iniciais</w:t>
            </w:r>
          </w:p>
        </w:tc>
        <w:tc>
          <w:tcPr>
            <w:tcW w:w="6860" w:type="dxa"/>
            <w:tcBorders>
              <w:top w:val="single" w:sz="6" w:space="0" w:color="B7C8D6"/>
              <w:left w:val="single" w:sz="6" w:space="0" w:color="B7C8D6"/>
              <w:bottom w:val="single" w:sz="6" w:space="0" w:color="B7C8D6"/>
              <w:right w:val="single" w:sz="6" w:space="0" w:color="B7C8D6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406B49" w14:textId="77777777" w:rsidR="001305B2" w:rsidRDefault="00000000">
            <w:pPr>
              <w:spacing w:after="0"/>
            </w:pPr>
            <w:r>
              <w:rPr>
                <w:color w:val="AAB4BD"/>
                <w:sz w:val="20"/>
              </w:rPr>
              <w:t xml:space="preserve"> </w:t>
            </w:r>
          </w:p>
        </w:tc>
      </w:tr>
      <w:tr w:rsidR="001305B2" w14:paraId="7FD153AF" w14:textId="77777777">
        <w:trPr>
          <w:trHeight w:val="709"/>
          <w:jc w:val="center"/>
        </w:trPr>
        <w:tc>
          <w:tcPr>
            <w:tcW w:w="2948" w:type="dxa"/>
            <w:tcBorders>
              <w:top w:val="single" w:sz="6" w:space="0" w:color="B7C8D6"/>
              <w:left w:val="single" w:sz="6" w:space="0" w:color="B7C8D6"/>
              <w:bottom w:val="single" w:sz="6" w:space="0" w:color="B7C8D6"/>
              <w:right w:val="single" w:sz="6" w:space="0" w:color="B7C8D6"/>
            </w:tcBorders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0C0E94" w14:textId="77777777" w:rsidR="001305B2" w:rsidRDefault="00000000">
            <w:pPr>
              <w:spacing w:after="0"/>
            </w:pPr>
            <w:r>
              <w:rPr>
                <w:b/>
                <w:sz w:val="19"/>
              </w:rPr>
              <w:t>Competência de literacia mediática</w:t>
            </w:r>
          </w:p>
        </w:tc>
        <w:tc>
          <w:tcPr>
            <w:tcW w:w="6860" w:type="dxa"/>
            <w:tcBorders>
              <w:top w:val="single" w:sz="6" w:space="0" w:color="B7C8D6"/>
              <w:left w:val="single" w:sz="6" w:space="0" w:color="B7C8D6"/>
              <w:bottom w:val="single" w:sz="6" w:space="0" w:color="B7C8D6"/>
              <w:right w:val="single" w:sz="6" w:space="0" w:color="B7C8D6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981E5A" w14:textId="77777777" w:rsidR="001305B2" w:rsidRDefault="00000000">
            <w:pPr>
              <w:spacing w:after="0"/>
            </w:pPr>
            <w:r>
              <w:rPr>
                <w:color w:val="AAB4BD"/>
                <w:sz w:val="20"/>
              </w:rPr>
              <w:t xml:space="preserve"> </w:t>
            </w:r>
          </w:p>
        </w:tc>
      </w:tr>
      <w:tr w:rsidR="001305B2" w14:paraId="189920CE" w14:textId="77777777">
        <w:trPr>
          <w:trHeight w:val="709"/>
          <w:jc w:val="center"/>
        </w:trPr>
        <w:tc>
          <w:tcPr>
            <w:tcW w:w="2948" w:type="dxa"/>
            <w:tcBorders>
              <w:top w:val="single" w:sz="6" w:space="0" w:color="B7C8D6"/>
              <w:left w:val="single" w:sz="6" w:space="0" w:color="B7C8D6"/>
              <w:bottom w:val="single" w:sz="6" w:space="0" w:color="B7C8D6"/>
              <w:right w:val="single" w:sz="6" w:space="0" w:color="B7C8D6"/>
            </w:tcBorders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845D7B" w14:textId="77777777" w:rsidR="001305B2" w:rsidRDefault="00000000">
            <w:pPr>
              <w:spacing w:after="0"/>
            </w:pPr>
            <w:r>
              <w:rPr>
                <w:b/>
                <w:sz w:val="19"/>
              </w:rPr>
              <w:t>Produto possível dos alunos</w:t>
            </w:r>
          </w:p>
        </w:tc>
        <w:tc>
          <w:tcPr>
            <w:tcW w:w="6860" w:type="dxa"/>
            <w:tcBorders>
              <w:top w:val="single" w:sz="6" w:space="0" w:color="B7C8D6"/>
              <w:left w:val="single" w:sz="6" w:space="0" w:color="B7C8D6"/>
              <w:bottom w:val="single" w:sz="6" w:space="0" w:color="B7C8D6"/>
              <w:right w:val="single" w:sz="6" w:space="0" w:color="B7C8D6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0309BC" w14:textId="77777777" w:rsidR="001305B2" w:rsidRDefault="00000000">
            <w:pPr>
              <w:spacing w:after="0"/>
            </w:pPr>
            <w:r>
              <w:rPr>
                <w:color w:val="AAB4BD"/>
                <w:sz w:val="20"/>
              </w:rPr>
              <w:t xml:space="preserve"> </w:t>
            </w:r>
          </w:p>
        </w:tc>
      </w:tr>
    </w:tbl>
    <w:p w14:paraId="458C3875" w14:textId="77777777" w:rsidR="001305B2" w:rsidRDefault="00000000">
      <w:pPr>
        <w:spacing w:before="160" w:after="60"/>
      </w:pPr>
      <w:r>
        <w:rPr>
          <w:b/>
          <w:color w:val="1F4E79"/>
        </w:rPr>
        <w:t>Orientação para o grupo</w:t>
      </w:r>
    </w:p>
    <w:p w14:paraId="2F5EAE22" w14:textId="77777777" w:rsidR="001305B2" w:rsidRPr="007D3A94" w:rsidRDefault="00000000">
      <w:pPr>
        <w:spacing w:after="0"/>
        <w:ind w:left="113"/>
        <w:rPr>
          <w:lang w:val="pt-PT"/>
        </w:rPr>
      </w:pPr>
      <w:r w:rsidRPr="007D3A94">
        <w:rPr>
          <w:color w:val="465563"/>
          <w:sz w:val="18"/>
          <w:lang w:val="pt-PT"/>
        </w:rPr>
        <w:t>A questão-problema deve ser aberta, investigável e ligada ao objeto mediático. A proposta deve estabelecer uma ligação explícita entre o conteúdo curricular e o problema mediático.</w:t>
      </w:r>
    </w:p>
    <w:sectPr w:rsidR="001305B2" w:rsidRPr="007D3A94" w:rsidSect="00034616">
      <w:headerReference w:type="default" r:id="rId9"/>
      <w:footerReference w:type="default" r:id="rId10"/>
      <w:pgSz w:w="12240" w:h="15840"/>
      <w:pgMar w:top="1020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5FA8F" w14:textId="77777777" w:rsidR="005B330E" w:rsidRDefault="005B330E">
      <w:pPr>
        <w:spacing w:after="0" w:line="240" w:lineRule="auto"/>
      </w:pPr>
      <w:r>
        <w:separator/>
      </w:r>
    </w:p>
  </w:endnote>
  <w:endnote w:type="continuationSeparator" w:id="0">
    <w:p w14:paraId="112E2E21" w14:textId="77777777" w:rsidR="005B330E" w:rsidRDefault="005B3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58165" w14:textId="5017AF75" w:rsidR="001305B2" w:rsidRPr="007D3A94" w:rsidRDefault="00000000" w:rsidP="007D3A94">
    <w:pPr>
      <w:pStyle w:val="Rodap"/>
      <w:rPr>
        <w:lang w:val="pt-PT"/>
      </w:rPr>
    </w:pPr>
    <w:r w:rsidRPr="007D3A94">
      <w:rPr>
        <w:color w:val="718096"/>
        <w:sz w:val="16"/>
        <w:lang w:val="pt-PT"/>
      </w:rPr>
      <w:t>Laboratório de Literacia Mediática</w:t>
    </w:r>
    <w:r w:rsidR="007D3A94" w:rsidRPr="007D3A94">
      <w:rPr>
        <w:color w:val="718096"/>
        <w:sz w:val="16"/>
        <w:lang w:val="pt-PT"/>
      </w:rPr>
      <w:tab/>
    </w:r>
    <w:r w:rsidR="007D3A94" w:rsidRPr="007D3A94">
      <w:rPr>
        <w:color w:val="718096"/>
        <w:sz w:val="16"/>
        <w:lang w:val="pt-PT"/>
      </w:rPr>
      <w:tab/>
      <w:t>Luísa M</w:t>
    </w:r>
    <w:r w:rsidR="007D3A94">
      <w:rPr>
        <w:color w:val="718096"/>
        <w:sz w:val="16"/>
        <w:lang w:val="pt-PT"/>
      </w:rPr>
      <w:t>agalhães - 2026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C1968" w14:textId="77777777" w:rsidR="005B330E" w:rsidRDefault="005B330E">
      <w:pPr>
        <w:spacing w:after="0" w:line="240" w:lineRule="auto"/>
      </w:pPr>
      <w:r>
        <w:separator/>
      </w:r>
    </w:p>
  </w:footnote>
  <w:footnote w:type="continuationSeparator" w:id="0">
    <w:p w14:paraId="6A3DFAE9" w14:textId="77777777" w:rsidR="005B330E" w:rsidRDefault="005B33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D5A2B" w14:textId="77777777" w:rsidR="001305B2" w:rsidRDefault="00000000">
    <w:pPr>
      <w:pStyle w:val="Cabealho"/>
      <w:pBdr>
        <w:bottom w:val="single" w:sz="6" w:space="6" w:color="D9E1E8"/>
      </w:pBdr>
      <w:jc w:val="right"/>
    </w:pPr>
    <w:proofErr w:type="spellStart"/>
    <w:r>
      <w:rPr>
        <w:color w:val="607080"/>
        <w:sz w:val="17"/>
      </w:rPr>
      <w:t>Sessão</w:t>
    </w:r>
    <w:proofErr w:type="spellEnd"/>
    <w:r>
      <w:rPr>
        <w:color w:val="607080"/>
        <w:sz w:val="17"/>
      </w:rPr>
      <w:t xml:space="preserve"> 1 · </w:t>
    </w:r>
    <w:proofErr w:type="spellStart"/>
    <w:r>
      <w:rPr>
        <w:color w:val="607080"/>
        <w:sz w:val="17"/>
      </w:rPr>
      <w:t>Literacia</w:t>
    </w:r>
    <w:proofErr w:type="spellEnd"/>
    <w:r>
      <w:rPr>
        <w:color w:val="607080"/>
        <w:sz w:val="17"/>
      </w:rPr>
      <w:t xml:space="preserve"> </w:t>
    </w:r>
    <w:proofErr w:type="spellStart"/>
    <w:r>
      <w:rPr>
        <w:color w:val="607080"/>
        <w:sz w:val="17"/>
      </w:rPr>
      <w:t>Mediática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3156019">
    <w:abstractNumId w:val="8"/>
  </w:num>
  <w:num w:numId="2" w16cid:durableId="708342672">
    <w:abstractNumId w:val="6"/>
  </w:num>
  <w:num w:numId="3" w16cid:durableId="1364793127">
    <w:abstractNumId w:val="5"/>
  </w:num>
  <w:num w:numId="4" w16cid:durableId="1769425467">
    <w:abstractNumId w:val="4"/>
  </w:num>
  <w:num w:numId="5" w16cid:durableId="295647978">
    <w:abstractNumId w:val="7"/>
  </w:num>
  <w:num w:numId="6" w16cid:durableId="1608736981">
    <w:abstractNumId w:val="3"/>
  </w:num>
  <w:num w:numId="7" w16cid:durableId="1966424937">
    <w:abstractNumId w:val="2"/>
  </w:num>
  <w:num w:numId="8" w16cid:durableId="2063823675">
    <w:abstractNumId w:val="1"/>
  </w:num>
  <w:num w:numId="9" w16cid:durableId="1704358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05B2"/>
    <w:rsid w:val="0015074B"/>
    <w:rsid w:val="0029639D"/>
    <w:rsid w:val="00326F90"/>
    <w:rsid w:val="005B330E"/>
    <w:rsid w:val="007D3A94"/>
    <w:rsid w:val="00AA1D8D"/>
    <w:rsid w:val="00B47730"/>
    <w:rsid w:val="00C0237F"/>
    <w:rsid w:val="00CB0664"/>
    <w:rsid w:val="00F406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DF6E52"/>
  <w14:defaultImageDpi w14:val="300"/>
  <w15:docId w15:val="{945AE8FD-79C7-4904-A28D-3EF4A1B84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1F2933"/>
      <w:sz w:val="21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Luísa Magalhães</cp:lastModifiedBy>
  <cp:revision>3</cp:revision>
  <cp:lastPrinted>2026-09-16T16:40:00Z</cp:lastPrinted>
  <dcterms:created xsi:type="dcterms:W3CDTF">2026-09-16T16:40:00Z</dcterms:created>
  <dcterms:modified xsi:type="dcterms:W3CDTF">2026-09-16T16:40:00Z</dcterms:modified>
  <cp:category/>
</cp:coreProperties>
</file>