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4AC4E" w14:textId="6948D03A" w:rsidR="0007642E" w:rsidRDefault="0007642E">
      <w:pPr>
        <w:pStyle w:val="Ttulo"/>
        <w:spacing w:after="40"/>
        <w:rPr>
          <w:rFonts w:ascii="Aptos Display" w:hAnsi="Aptos Display"/>
          <w:sz w:val="46"/>
        </w:rPr>
      </w:pPr>
      <w:r>
        <w:rPr>
          <w:noProof/>
        </w:rPr>
        <w:drawing>
          <wp:inline distT="0" distB="0" distL="0" distR="0" wp14:anchorId="29693A9B" wp14:editId="44FA179D">
            <wp:extent cx="1495425" cy="1037587"/>
            <wp:effectExtent l="0" t="0" r="0" b="0"/>
            <wp:docPr id="112159345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583" cy="1043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53955" w14:textId="7E356230" w:rsidR="0007642E" w:rsidRPr="0007642E" w:rsidRDefault="0007642E" w:rsidP="0007642E">
      <w:pPr>
        <w:pStyle w:val="Ttulo"/>
        <w:spacing w:after="40"/>
        <w:rPr>
          <w:rFonts w:ascii="Aptos Display" w:hAnsi="Aptos Display"/>
          <w:sz w:val="22"/>
          <w:szCs w:val="24"/>
        </w:rPr>
      </w:pPr>
    </w:p>
    <w:p w14:paraId="014CC497" w14:textId="098333A1" w:rsidR="00410EF1" w:rsidRPr="0007642E" w:rsidRDefault="00000000">
      <w:pPr>
        <w:pStyle w:val="Ttulo"/>
        <w:spacing w:after="40"/>
        <w:rPr>
          <w:lang w:val="pt-PT"/>
        </w:rPr>
      </w:pPr>
      <w:r w:rsidRPr="0007642E">
        <w:rPr>
          <w:rFonts w:ascii="Aptos Display" w:hAnsi="Aptos Display"/>
          <w:sz w:val="46"/>
          <w:lang w:val="pt-PT"/>
        </w:rPr>
        <w:t>Matriz de Comparação de Fontes</w:t>
      </w:r>
    </w:p>
    <w:p w14:paraId="791E90F2" w14:textId="77777777" w:rsidR="00410EF1" w:rsidRPr="0007642E" w:rsidRDefault="00000000">
      <w:pPr>
        <w:pBdr>
          <w:bottom w:val="single" w:sz="14" w:space="6" w:color="1F4E79"/>
        </w:pBdr>
        <w:spacing w:after="180"/>
        <w:rPr>
          <w:lang w:val="pt-PT"/>
        </w:rPr>
      </w:pPr>
      <w:r w:rsidRPr="0007642E">
        <w:rPr>
          <w:color w:val="506070"/>
          <w:lang w:val="pt-PT"/>
        </w:rPr>
        <w:t>Laboratório de análise · comparar 2–3 representações mediáticas do mesmo tema</w:t>
      </w:r>
    </w:p>
    <w:p w14:paraId="24AB87AE" w14:textId="77777777" w:rsidR="00410EF1" w:rsidRDefault="00000000">
      <w:pPr>
        <w:rPr>
          <w:sz w:val="20"/>
          <w:lang w:val="pt-PT"/>
        </w:rPr>
      </w:pPr>
      <w:r w:rsidRPr="0007642E">
        <w:rPr>
          <w:b/>
          <w:color w:val="1F4E79"/>
          <w:sz w:val="20"/>
          <w:lang w:val="pt-PT"/>
        </w:rPr>
        <w:t xml:space="preserve">Instrução: </w:t>
      </w:r>
      <w:r w:rsidRPr="0007642E">
        <w:rPr>
          <w:sz w:val="20"/>
          <w:lang w:val="pt-PT"/>
        </w:rPr>
        <w:t>preencher a matriz comparando as fontes entre si. O essencial é comparar, não apenas descrever cada conteúdo isoladamente.</w:t>
      </w:r>
    </w:p>
    <w:p w14:paraId="4E053A98" w14:textId="77777777" w:rsidR="0007642E" w:rsidRPr="0007642E" w:rsidRDefault="0007642E">
      <w:pPr>
        <w:rPr>
          <w:lang w:val="pt-PT"/>
        </w:rPr>
      </w:pPr>
    </w:p>
    <w:tbl>
      <w:tblPr>
        <w:tblW w:w="10207" w:type="dxa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2410"/>
        <w:gridCol w:w="2410"/>
        <w:gridCol w:w="2552"/>
      </w:tblGrid>
      <w:tr w:rsidR="00410EF1" w14:paraId="2C712081" w14:textId="77777777" w:rsidTr="0007642E">
        <w:trPr>
          <w:tblHeader/>
          <w:jc w:val="center"/>
        </w:trPr>
        <w:tc>
          <w:tcPr>
            <w:tcW w:w="2835" w:type="dxa"/>
            <w:tcBorders>
              <w:top w:val="single" w:sz="6" w:space="0" w:color="1F4E79"/>
              <w:left w:val="single" w:sz="6" w:space="0" w:color="FFFFFF"/>
              <w:bottom w:val="single" w:sz="6" w:space="0" w:color="1F4E79"/>
              <w:right w:val="single" w:sz="6" w:space="0" w:color="FFFFFF"/>
            </w:tcBorders>
            <w:shd w:val="clear" w:color="auto" w:fill="1F4E7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80F5A7" w14:textId="77777777" w:rsidR="00410EF1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20"/>
              </w:rPr>
              <w:t>Dimensão</w:t>
            </w:r>
            <w:proofErr w:type="spellEnd"/>
          </w:p>
        </w:tc>
        <w:tc>
          <w:tcPr>
            <w:tcW w:w="2410" w:type="dxa"/>
            <w:tcBorders>
              <w:top w:val="single" w:sz="6" w:space="0" w:color="1F4E79"/>
              <w:left w:val="single" w:sz="6" w:space="0" w:color="FFFFFF"/>
              <w:bottom w:val="single" w:sz="6" w:space="0" w:color="1F4E79"/>
              <w:right w:val="single" w:sz="6" w:space="0" w:color="FFFFFF"/>
            </w:tcBorders>
            <w:shd w:val="clear" w:color="auto" w:fill="1F4E7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5CE088" w14:textId="77777777" w:rsidR="00410EF1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20"/>
              </w:rPr>
              <w:t>Fonte A</w:t>
            </w:r>
          </w:p>
        </w:tc>
        <w:tc>
          <w:tcPr>
            <w:tcW w:w="2410" w:type="dxa"/>
            <w:tcBorders>
              <w:top w:val="single" w:sz="6" w:space="0" w:color="1F4E79"/>
              <w:left w:val="single" w:sz="6" w:space="0" w:color="FFFFFF"/>
              <w:bottom w:val="single" w:sz="6" w:space="0" w:color="1F4E79"/>
              <w:right w:val="single" w:sz="6" w:space="0" w:color="FFFFFF"/>
            </w:tcBorders>
            <w:shd w:val="clear" w:color="auto" w:fill="1F4E7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1EAB95" w14:textId="77777777" w:rsidR="00410EF1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20"/>
              </w:rPr>
              <w:t>Fonte B</w:t>
            </w:r>
          </w:p>
        </w:tc>
        <w:tc>
          <w:tcPr>
            <w:tcW w:w="2552" w:type="dxa"/>
            <w:tcBorders>
              <w:top w:val="single" w:sz="6" w:space="0" w:color="1F4E79"/>
              <w:left w:val="single" w:sz="6" w:space="0" w:color="FFFFFF"/>
              <w:bottom w:val="single" w:sz="6" w:space="0" w:color="1F4E79"/>
              <w:right w:val="single" w:sz="6" w:space="0" w:color="FFFFFF"/>
            </w:tcBorders>
            <w:shd w:val="clear" w:color="auto" w:fill="1F4E7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A9355E" w14:textId="77777777" w:rsidR="00410EF1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20"/>
              </w:rPr>
              <w:t>Fonte C</w:t>
            </w:r>
          </w:p>
        </w:tc>
      </w:tr>
      <w:tr w:rsidR="00410EF1" w14:paraId="73349BCF" w14:textId="77777777" w:rsidTr="0007642E">
        <w:trPr>
          <w:trHeight w:val="726"/>
          <w:jc w:val="center"/>
        </w:trPr>
        <w:tc>
          <w:tcPr>
            <w:tcW w:w="2835" w:type="dxa"/>
            <w:tcBorders>
              <w:top w:val="single" w:sz="5" w:space="0" w:color="B8C5D0"/>
              <w:left w:val="single" w:sz="5" w:space="0" w:color="B8C5D0"/>
              <w:bottom w:val="single" w:sz="5" w:space="0" w:color="B8C5D0"/>
              <w:right w:val="single" w:sz="5" w:space="0" w:color="B8C5D0"/>
            </w:tcBorders>
            <w:shd w:val="clear" w:color="auto" w:fill="D9EAF7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AF8C80A" w14:textId="77777777" w:rsidR="00410EF1" w:rsidRDefault="00000000">
            <w:pPr>
              <w:spacing w:after="0"/>
            </w:pPr>
            <w:r>
              <w:rPr>
                <w:b/>
                <w:sz w:val="18"/>
              </w:rPr>
              <w:t>Título / legenda</w:t>
            </w:r>
          </w:p>
        </w:tc>
        <w:tc>
          <w:tcPr>
            <w:tcW w:w="2410" w:type="dxa"/>
            <w:tcBorders>
              <w:top w:val="single" w:sz="5" w:space="0" w:color="B8C5D0"/>
              <w:left w:val="single" w:sz="5" w:space="0" w:color="B8C5D0"/>
              <w:bottom w:val="single" w:sz="5" w:space="0" w:color="B8C5D0"/>
              <w:right w:val="single" w:sz="5" w:space="0" w:color="B8C5D0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51ECC94" w14:textId="77777777" w:rsidR="00410EF1" w:rsidRDefault="00410EF1">
            <w:pPr>
              <w:spacing w:after="0"/>
            </w:pPr>
          </w:p>
        </w:tc>
        <w:tc>
          <w:tcPr>
            <w:tcW w:w="2410" w:type="dxa"/>
            <w:tcBorders>
              <w:top w:val="single" w:sz="5" w:space="0" w:color="B8C5D0"/>
              <w:left w:val="single" w:sz="5" w:space="0" w:color="B8C5D0"/>
              <w:bottom w:val="single" w:sz="5" w:space="0" w:color="B8C5D0"/>
              <w:right w:val="single" w:sz="5" w:space="0" w:color="B8C5D0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99AEBF0" w14:textId="77777777" w:rsidR="00410EF1" w:rsidRDefault="00410EF1">
            <w:pPr>
              <w:spacing w:after="0"/>
            </w:pPr>
          </w:p>
        </w:tc>
        <w:tc>
          <w:tcPr>
            <w:tcW w:w="2552" w:type="dxa"/>
            <w:tcBorders>
              <w:top w:val="single" w:sz="5" w:space="0" w:color="B8C5D0"/>
              <w:left w:val="single" w:sz="5" w:space="0" w:color="B8C5D0"/>
              <w:bottom w:val="single" w:sz="5" w:space="0" w:color="B8C5D0"/>
              <w:right w:val="single" w:sz="5" w:space="0" w:color="B8C5D0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75A0313" w14:textId="77777777" w:rsidR="00410EF1" w:rsidRDefault="00410EF1">
            <w:pPr>
              <w:spacing w:after="0"/>
            </w:pPr>
          </w:p>
        </w:tc>
      </w:tr>
      <w:tr w:rsidR="00410EF1" w14:paraId="4CF45C75" w14:textId="77777777" w:rsidTr="0007642E">
        <w:trPr>
          <w:trHeight w:val="726"/>
          <w:jc w:val="center"/>
        </w:trPr>
        <w:tc>
          <w:tcPr>
            <w:tcW w:w="2835" w:type="dxa"/>
            <w:tcBorders>
              <w:top w:val="single" w:sz="5" w:space="0" w:color="B8C5D0"/>
              <w:left w:val="single" w:sz="5" w:space="0" w:color="B8C5D0"/>
              <w:bottom w:val="single" w:sz="5" w:space="0" w:color="B8C5D0"/>
              <w:right w:val="single" w:sz="5" w:space="0" w:color="B8C5D0"/>
            </w:tcBorders>
            <w:shd w:val="clear" w:color="auto" w:fill="D9EAF7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444A3EF9" w14:textId="77777777" w:rsidR="00410EF1" w:rsidRDefault="00000000">
            <w:pPr>
              <w:spacing w:after="0"/>
            </w:pPr>
            <w:r>
              <w:rPr>
                <w:b/>
                <w:sz w:val="18"/>
              </w:rPr>
              <w:t>Autoria / meio</w:t>
            </w:r>
          </w:p>
        </w:tc>
        <w:tc>
          <w:tcPr>
            <w:tcW w:w="2410" w:type="dxa"/>
            <w:tcBorders>
              <w:top w:val="single" w:sz="5" w:space="0" w:color="B8C5D0"/>
              <w:left w:val="single" w:sz="5" w:space="0" w:color="B8C5D0"/>
              <w:bottom w:val="single" w:sz="5" w:space="0" w:color="B8C5D0"/>
              <w:right w:val="single" w:sz="5" w:space="0" w:color="B8C5D0"/>
            </w:tcBorders>
            <w:shd w:val="clear" w:color="auto" w:fill="F3F7F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F5EAA26" w14:textId="77777777" w:rsidR="00410EF1" w:rsidRDefault="00410EF1">
            <w:pPr>
              <w:spacing w:after="0"/>
            </w:pPr>
          </w:p>
        </w:tc>
        <w:tc>
          <w:tcPr>
            <w:tcW w:w="2410" w:type="dxa"/>
            <w:tcBorders>
              <w:top w:val="single" w:sz="5" w:space="0" w:color="B8C5D0"/>
              <w:left w:val="single" w:sz="5" w:space="0" w:color="B8C5D0"/>
              <w:bottom w:val="single" w:sz="5" w:space="0" w:color="B8C5D0"/>
              <w:right w:val="single" w:sz="5" w:space="0" w:color="B8C5D0"/>
            </w:tcBorders>
            <w:shd w:val="clear" w:color="auto" w:fill="F3F7F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1DB26FE3" w14:textId="77777777" w:rsidR="00410EF1" w:rsidRDefault="00410EF1">
            <w:pPr>
              <w:spacing w:after="0"/>
            </w:pPr>
          </w:p>
        </w:tc>
        <w:tc>
          <w:tcPr>
            <w:tcW w:w="2552" w:type="dxa"/>
            <w:tcBorders>
              <w:top w:val="single" w:sz="5" w:space="0" w:color="B8C5D0"/>
              <w:left w:val="single" w:sz="5" w:space="0" w:color="B8C5D0"/>
              <w:bottom w:val="single" w:sz="5" w:space="0" w:color="B8C5D0"/>
              <w:right w:val="single" w:sz="5" w:space="0" w:color="B8C5D0"/>
            </w:tcBorders>
            <w:shd w:val="clear" w:color="auto" w:fill="F3F7F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17B2982" w14:textId="77777777" w:rsidR="00410EF1" w:rsidRDefault="00410EF1">
            <w:pPr>
              <w:spacing w:after="0"/>
            </w:pPr>
          </w:p>
        </w:tc>
      </w:tr>
      <w:tr w:rsidR="00410EF1" w14:paraId="0E0508AC" w14:textId="77777777" w:rsidTr="0007642E">
        <w:trPr>
          <w:trHeight w:val="726"/>
          <w:jc w:val="center"/>
        </w:trPr>
        <w:tc>
          <w:tcPr>
            <w:tcW w:w="2835" w:type="dxa"/>
            <w:tcBorders>
              <w:top w:val="single" w:sz="5" w:space="0" w:color="B8C5D0"/>
              <w:left w:val="single" w:sz="5" w:space="0" w:color="B8C5D0"/>
              <w:bottom w:val="single" w:sz="5" w:space="0" w:color="B8C5D0"/>
              <w:right w:val="single" w:sz="5" w:space="0" w:color="B8C5D0"/>
            </w:tcBorders>
            <w:shd w:val="clear" w:color="auto" w:fill="D9EAF7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58BD47C" w14:textId="77777777" w:rsidR="00410EF1" w:rsidRDefault="00000000">
            <w:pPr>
              <w:spacing w:after="0"/>
            </w:pPr>
            <w:r>
              <w:rPr>
                <w:b/>
                <w:sz w:val="18"/>
              </w:rPr>
              <w:t>Fontes citadas</w:t>
            </w:r>
          </w:p>
        </w:tc>
        <w:tc>
          <w:tcPr>
            <w:tcW w:w="2410" w:type="dxa"/>
            <w:tcBorders>
              <w:top w:val="single" w:sz="5" w:space="0" w:color="B8C5D0"/>
              <w:left w:val="single" w:sz="5" w:space="0" w:color="B8C5D0"/>
              <w:bottom w:val="single" w:sz="5" w:space="0" w:color="B8C5D0"/>
              <w:right w:val="single" w:sz="5" w:space="0" w:color="B8C5D0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0638D09" w14:textId="77777777" w:rsidR="00410EF1" w:rsidRDefault="00410EF1">
            <w:pPr>
              <w:spacing w:after="0"/>
            </w:pPr>
          </w:p>
        </w:tc>
        <w:tc>
          <w:tcPr>
            <w:tcW w:w="2410" w:type="dxa"/>
            <w:tcBorders>
              <w:top w:val="single" w:sz="5" w:space="0" w:color="B8C5D0"/>
              <w:left w:val="single" w:sz="5" w:space="0" w:color="B8C5D0"/>
              <w:bottom w:val="single" w:sz="5" w:space="0" w:color="B8C5D0"/>
              <w:right w:val="single" w:sz="5" w:space="0" w:color="B8C5D0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6267301" w14:textId="77777777" w:rsidR="00410EF1" w:rsidRDefault="00410EF1">
            <w:pPr>
              <w:spacing w:after="0"/>
            </w:pPr>
          </w:p>
        </w:tc>
        <w:tc>
          <w:tcPr>
            <w:tcW w:w="2552" w:type="dxa"/>
            <w:tcBorders>
              <w:top w:val="single" w:sz="5" w:space="0" w:color="B8C5D0"/>
              <w:left w:val="single" w:sz="5" w:space="0" w:color="B8C5D0"/>
              <w:bottom w:val="single" w:sz="5" w:space="0" w:color="B8C5D0"/>
              <w:right w:val="single" w:sz="5" w:space="0" w:color="B8C5D0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C16B404" w14:textId="77777777" w:rsidR="00410EF1" w:rsidRDefault="00410EF1">
            <w:pPr>
              <w:spacing w:after="0"/>
            </w:pPr>
          </w:p>
        </w:tc>
      </w:tr>
      <w:tr w:rsidR="00410EF1" w14:paraId="0EF9174E" w14:textId="77777777" w:rsidTr="0007642E">
        <w:trPr>
          <w:trHeight w:val="726"/>
          <w:jc w:val="center"/>
        </w:trPr>
        <w:tc>
          <w:tcPr>
            <w:tcW w:w="2835" w:type="dxa"/>
            <w:tcBorders>
              <w:top w:val="single" w:sz="5" w:space="0" w:color="B8C5D0"/>
              <w:left w:val="single" w:sz="5" w:space="0" w:color="B8C5D0"/>
              <w:bottom w:val="single" w:sz="5" w:space="0" w:color="B8C5D0"/>
              <w:right w:val="single" w:sz="5" w:space="0" w:color="B8C5D0"/>
            </w:tcBorders>
            <w:shd w:val="clear" w:color="auto" w:fill="D9EAF7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722A74D7" w14:textId="77777777" w:rsidR="00410EF1" w:rsidRDefault="00000000">
            <w:pPr>
              <w:spacing w:after="0"/>
            </w:pPr>
            <w:r>
              <w:rPr>
                <w:b/>
                <w:sz w:val="18"/>
              </w:rPr>
              <w:t>Imagem / dados</w:t>
            </w:r>
          </w:p>
        </w:tc>
        <w:tc>
          <w:tcPr>
            <w:tcW w:w="2410" w:type="dxa"/>
            <w:tcBorders>
              <w:top w:val="single" w:sz="5" w:space="0" w:color="B8C5D0"/>
              <w:left w:val="single" w:sz="5" w:space="0" w:color="B8C5D0"/>
              <w:bottom w:val="single" w:sz="5" w:space="0" w:color="B8C5D0"/>
              <w:right w:val="single" w:sz="5" w:space="0" w:color="B8C5D0"/>
            </w:tcBorders>
            <w:shd w:val="clear" w:color="auto" w:fill="F3F7F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1D14B72" w14:textId="77777777" w:rsidR="00410EF1" w:rsidRDefault="00410EF1">
            <w:pPr>
              <w:spacing w:after="0"/>
            </w:pPr>
          </w:p>
        </w:tc>
        <w:tc>
          <w:tcPr>
            <w:tcW w:w="2410" w:type="dxa"/>
            <w:tcBorders>
              <w:top w:val="single" w:sz="5" w:space="0" w:color="B8C5D0"/>
              <w:left w:val="single" w:sz="5" w:space="0" w:color="B8C5D0"/>
              <w:bottom w:val="single" w:sz="5" w:space="0" w:color="B8C5D0"/>
              <w:right w:val="single" w:sz="5" w:space="0" w:color="B8C5D0"/>
            </w:tcBorders>
            <w:shd w:val="clear" w:color="auto" w:fill="F3F7F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548519F" w14:textId="77777777" w:rsidR="00410EF1" w:rsidRDefault="00410EF1">
            <w:pPr>
              <w:spacing w:after="0"/>
            </w:pPr>
          </w:p>
        </w:tc>
        <w:tc>
          <w:tcPr>
            <w:tcW w:w="2552" w:type="dxa"/>
            <w:tcBorders>
              <w:top w:val="single" w:sz="5" w:space="0" w:color="B8C5D0"/>
              <w:left w:val="single" w:sz="5" w:space="0" w:color="B8C5D0"/>
              <w:bottom w:val="single" w:sz="5" w:space="0" w:color="B8C5D0"/>
              <w:right w:val="single" w:sz="5" w:space="0" w:color="B8C5D0"/>
            </w:tcBorders>
            <w:shd w:val="clear" w:color="auto" w:fill="F3F7F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270083F" w14:textId="77777777" w:rsidR="00410EF1" w:rsidRDefault="00410EF1">
            <w:pPr>
              <w:spacing w:after="0"/>
            </w:pPr>
          </w:p>
        </w:tc>
      </w:tr>
      <w:tr w:rsidR="00410EF1" w14:paraId="6D88DB71" w14:textId="77777777" w:rsidTr="0007642E">
        <w:trPr>
          <w:trHeight w:val="726"/>
          <w:jc w:val="center"/>
        </w:trPr>
        <w:tc>
          <w:tcPr>
            <w:tcW w:w="2835" w:type="dxa"/>
            <w:tcBorders>
              <w:top w:val="single" w:sz="5" w:space="0" w:color="B8C5D0"/>
              <w:left w:val="single" w:sz="5" w:space="0" w:color="B8C5D0"/>
              <w:bottom w:val="single" w:sz="5" w:space="0" w:color="B8C5D0"/>
              <w:right w:val="single" w:sz="5" w:space="0" w:color="B8C5D0"/>
            </w:tcBorders>
            <w:shd w:val="clear" w:color="auto" w:fill="D9EAF7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4FFCA94" w14:textId="77777777" w:rsidR="00410EF1" w:rsidRDefault="00000000">
            <w:pPr>
              <w:spacing w:after="0"/>
            </w:pPr>
            <w:r>
              <w:rPr>
                <w:b/>
                <w:sz w:val="18"/>
              </w:rPr>
              <w:t>Palavras-chave</w:t>
            </w:r>
          </w:p>
        </w:tc>
        <w:tc>
          <w:tcPr>
            <w:tcW w:w="2410" w:type="dxa"/>
            <w:tcBorders>
              <w:top w:val="single" w:sz="5" w:space="0" w:color="B8C5D0"/>
              <w:left w:val="single" w:sz="5" w:space="0" w:color="B8C5D0"/>
              <w:bottom w:val="single" w:sz="5" w:space="0" w:color="B8C5D0"/>
              <w:right w:val="single" w:sz="5" w:space="0" w:color="B8C5D0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40B4EEE" w14:textId="77777777" w:rsidR="00410EF1" w:rsidRDefault="00410EF1">
            <w:pPr>
              <w:spacing w:after="0"/>
            </w:pPr>
          </w:p>
        </w:tc>
        <w:tc>
          <w:tcPr>
            <w:tcW w:w="2410" w:type="dxa"/>
            <w:tcBorders>
              <w:top w:val="single" w:sz="5" w:space="0" w:color="B8C5D0"/>
              <w:left w:val="single" w:sz="5" w:space="0" w:color="B8C5D0"/>
              <w:bottom w:val="single" w:sz="5" w:space="0" w:color="B8C5D0"/>
              <w:right w:val="single" w:sz="5" w:space="0" w:color="B8C5D0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0DFDF06" w14:textId="77777777" w:rsidR="00410EF1" w:rsidRDefault="00410EF1">
            <w:pPr>
              <w:spacing w:after="0"/>
            </w:pPr>
          </w:p>
        </w:tc>
        <w:tc>
          <w:tcPr>
            <w:tcW w:w="2552" w:type="dxa"/>
            <w:tcBorders>
              <w:top w:val="single" w:sz="5" w:space="0" w:color="B8C5D0"/>
              <w:left w:val="single" w:sz="5" w:space="0" w:color="B8C5D0"/>
              <w:bottom w:val="single" w:sz="5" w:space="0" w:color="B8C5D0"/>
              <w:right w:val="single" w:sz="5" w:space="0" w:color="B8C5D0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477BA57F" w14:textId="77777777" w:rsidR="00410EF1" w:rsidRDefault="00410EF1">
            <w:pPr>
              <w:spacing w:after="0"/>
            </w:pPr>
          </w:p>
        </w:tc>
      </w:tr>
      <w:tr w:rsidR="00410EF1" w14:paraId="1852B728" w14:textId="77777777" w:rsidTr="0007642E">
        <w:trPr>
          <w:trHeight w:val="839"/>
          <w:jc w:val="center"/>
        </w:trPr>
        <w:tc>
          <w:tcPr>
            <w:tcW w:w="2835" w:type="dxa"/>
            <w:tcBorders>
              <w:top w:val="single" w:sz="5" w:space="0" w:color="B8C5D0"/>
              <w:left w:val="single" w:sz="5" w:space="0" w:color="B8C5D0"/>
              <w:bottom w:val="single" w:sz="5" w:space="0" w:color="B8C5D0"/>
              <w:right w:val="single" w:sz="5" w:space="0" w:color="B8C5D0"/>
            </w:tcBorders>
            <w:shd w:val="clear" w:color="auto" w:fill="D9EAF7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65763E1" w14:textId="77777777" w:rsidR="00410EF1" w:rsidRDefault="00000000">
            <w:pPr>
              <w:spacing w:after="0"/>
            </w:pPr>
            <w:r>
              <w:rPr>
                <w:b/>
                <w:sz w:val="18"/>
              </w:rPr>
              <w:t>Perspetiva dominante</w:t>
            </w:r>
          </w:p>
        </w:tc>
        <w:tc>
          <w:tcPr>
            <w:tcW w:w="2410" w:type="dxa"/>
            <w:tcBorders>
              <w:top w:val="single" w:sz="5" w:space="0" w:color="B8C5D0"/>
              <w:left w:val="single" w:sz="5" w:space="0" w:color="B8C5D0"/>
              <w:bottom w:val="single" w:sz="5" w:space="0" w:color="B8C5D0"/>
              <w:right w:val="single" w:sz="5" w:space="0" w:color="B8C5D0"/>
            </w:tcBorders>
            <w:shd w:val="clear" w:color="auto" w:fill="F3F7F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19F82E2" w14:textId="77777777" w:rsidR="00410EF1" w:rsidRDefault="00410EF1">
            <w:pPr>
              <w:spacing w:after="0"/>
            </w:pPr>
          </w:p>
        </w:tc>
        <w:tc>
          <w:tcPr>
            <w:tcW w:w="2410" w:type="dxa"/>
            <w:tcBorders>
              <w:top w:val="single" w:sz="5" w:space="0" w:color="B8C5D0"/>
              <w:left w:val="single" w:sz="5" w:space="0" w:color="B8C5D0"/>
              <w:bottom w:val="single" w:sz="5" w:space="0" w:color="B8C5D0"/>
              <w:right w:val="single" w:sz="5" w:space="0" w:color="B8C5D0"/>
            </w:tcBorders>
            <w:shd w:val="clear" w:color="auto" w:fill="F3F7F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F6CF143" w14:textId="77777777" w:rsidR="00410EF1" w:rsidRDefault="00410EF1">
            <w:pPr>
              <w:spacing w:after="0"/>
            </w:pPr>
          </w:p>
        </w:tc>
        <w:tc>
          <w:tcPr>
            <w:tcW w:w="2552" w:type="dxa"/>
            <w:tcBorders>
              <w:top w:val="single" w:sz="5" w:space="0" w:color="B8C5D0"/>
              <w:left w:val="single" w:sz="5" w:space="0" w:color="B8C5D0"/>
              <w:bottom w:val="single" w:sz="5" w:space="0" w:color="B8C5D0"/>
              <w:right w:val="single" w:sz="5" w:space="0" w:color="B8C5D0"/>
            </w:tcBorders>
            <w:shd w:val="clear" w:color="auto" w:fill="F3F7F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41709D63" w14:textId="77777777" w:rsidR="00410EF1" w:rsidRDefault="00410EF1">
            <w:pPr>
              <w:spacing w:after="0"/>
            </w:pPr>
          </w:p>
        </w:tc>
      </w:tr>
      <w:tr w:rsidR="00410EF1" w14:paraId="52E85384" w14:textId="77777777" w:rsidTr="0007642E">
        <w:trPr>
          <w:trHeight w:val="839"/>
          <w:jc w:val="center"/>
        </w:trPr>
        <w:tc>
          <w:tcPr>
            <w:tcW w:w="2835" w:type="dxa"/>
            <w:tcBorders>
              <w:top w:val="single" w:sz="5" w:space="0" w:color="B8C5D0"/>
              <w:left w:val="single" w:sz="5" w:space="0" w:color="B8C5D0"/>
              <w:bottom w:val="single" w:sz="5" w:space="0" w:color="B8C5D0"/>
              <w:right w:val="single" w:sz="5" w:space="0" w:color="B8C5D0"/>
            </w:tcBorders>
            <w:shd w:val="clear" w:color="auto" w:fill="D9EAF7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8494B5B" w14:textId="77777777" w:rsidR="00410EF1" w:rsidRDefault="00000000">
            <w:pPr>
              <w:spacing w:after="0"/>
            </w:pPr>
            <w:r>
              <w:rPr>
                <w:b/>
                <w:sz w:val="18"/>
              </w:rPr>
              <w:t>Informação ausente</w:t>
            </w:r>
          </w:p>
        </w:tc>
        <w:tc>
          <w:tcPr>
            <w:tcW w:w="2410" w:type="dxa"/>
            <w:tcBorders>
              <w:top w:val="single" w:sz="5" w:space="0" w:color="B8C5D0"/>
              <w:left w:val="single" w:sz="5" w:space="0" w:color="B8C5D0"/>
              <w:bottom w:val="single" w:sz="5" w:space="0" w:color="B8C5D0"/>
              <w:right w:val="single" w:sz="5" w:space="0" w:color="B8C5D0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EDCA305" w14:textId="77777777" w:rsidR="00410EF1" w:rsidRDefault="00410EF1">
            <w:pPr>
              <w:spacing w:after="0"/>
            </w:pPr>
          </w:p>
        </w:tc>
        <w:tc>
          <w:tcPr>
            <w:tcW w:w="2410" w:type="dxa"/>
            <w:tcBorders>
              <w:top w:val="single" w:sz="5" w:space="0" w:color="B8C5D0"/>
              <w:left w:val="single" w:sz="5" w:space="0" w:color="B8C5D0"/>
              <w:bottom w:val="single" w:sz="5" w:space="0" w:color="B8C5D0"/>
              <w:right w:val="single" w:sz="5" w:space="0" w:color="B8C5D0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2166E32A" w14:textId="77777777" w:rsidR="00410EF1" w:rsidRDefault="00410EF1">
            <w:pPr>
              <w:spacing w:after="0"/>
            </w:pPr>
          </w:p>
        </w:tc>
        <w:tc>
          <w:tcPr>
            <w:tcW w:w="2552" w:type="dxa"/>
            <w:tcBorders>
              <w:top w:val="single" w:sz="5" w:space="0" w:color="B8C5D0"/>
              <w:left w:val="single" w:sz="5" w:space="0" w:color="B8C5D0"/>
              <w:bottom w:val="single" w:sz="5" w:space="0" w:color="B8C5D0"/>
              <w:right w:val="single" w:sz="5" w:space="0" w:color="B8C5D0"/>
            </w:tcBorders>
            <w:shd w:val="clear" w:color="auto" w:fill="FFFFFF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03258EEA" w14:textId="77777777" w:rsidR="00410EF1" w:rsidRDefault="00410EF1">
            <w:pPr>
              <w:spacing w:after="0"/>
            </w:pPr>
          </w:p>
        </w:tc>
      </w:tr>
      <w:tr w:rsidR="00410EF1" w14:paraId="6490A9C0" w14:textId="77777777" w:rsidTr="0007642E">
        <w:trPr>
          <w:trHeight w:val="839"/>
          <w:jc w:val="center"/>
        </w:trPr>
        <w:tc>
          <w:tcPr>
            <w:tcW w:w="2835" w:type="dxa"/>
            <w:tcBorders>
              <w:top w:val="single" w:sz="5" w:space="0" w:color="B8C5D0"/>
              <w:left w:val="single" w:sz="5" w:space="0" w:color="B8C5D0"/>
              <w:bottom w:val="single" w:sz="5" w:space="0" w:color="B8C5D0"/>
              <w:right w:val="single" w:sz="5" w:space="0" w:color="B8C5D0"/>
            </w:tcBorders>
            <w:shd w:val="clear" w:color="auto" w:fill="D9EAF7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5D8C4C0" w14:textId="77777777" w:rsidR="00410EF1" w:rsidRDefault="00000000">
            <w:pPr>
              <w:spacing w:after="0"/>
            </w:pPr>
            <w:r>
              <w:rPr>
                <w:b/>
                <w:sz w:val="18"/>
              </w:rPr>
              <w:t>Enquadramento possível</w:t>
            </w:r>
          </w:p>
        </w:tc>
        <w:tc>
          <w:tcPr>
            <w:tcW w:w="2410" w:type="dxa"/>
            <w:tcBorders>
              <w:top w:val="single" w:sz="5" w:space="0" w:color="B8C5D0"/>
              <w:left w:val="single" w:sz="5" w:space="0" w:color="B8C5D0"/>
              <w:bottom w:val="single" w:sz="5" w:space="0" w:color="B8C5D0"/>
              <w:right w:val="single" w:sz="5" w:space="0" w:color="B8C5D0"/>
            </w:tcBorders>
            <w:shd w:val="clear" w:color="auto" w:fill="F3F7F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5800C367" w14:textId="77777777" w:rsidR="00410EF1" w:rsidRDefault="00410EF1">
            <w:pPr>
              <w:spacing w:after="0"/>
            </w:pPr>
          </w:p>
        </w:tc>
        <w:tc>
          <w:tcPr>
            <w:tcW w:w="2410" w:type="dxa"/>
            <w:tcBorders>
              <w:top w:val="single" w:sz="5" w:space="0" w:color="B8C5D0"/>
              <w:left w:val="single" w:sz="5" w:space="0" w:color="B8C5D0"/>
              <w:bottom w:val="single" w:sz="5" w:space="0" w:color="B8C5D0"/>
              <w:right w:val="single" w:sz="5" w:space="0" w:color="B8C5D0"/>
            </w:tcBorders>
            <w:shd w:val="clear" w:color="auto" w:fill="F3F7F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0553577" w14:textId="77777777" w:rsidR="00410EF1" w:rsidRDefault="00410EF1">
            <w:pPr>
              <w:spacing w:after="0"/>
            </w:pPr>
          </w:p>
        </w:tc>
        <w:tc>
          <w:tcPr>
            <w:tcW w:w="2552" w:type="dxa"/>
            <w:tcBorders>
              <w:top w:val="single" w:sz="5" w:space="0" w:color="B8C5D0"/>
              <w:left w:val="single" w:sz="5" w:space="0" w:color="B8C5D0"/>
              <w:bottom w:val="single" w:sz="5" w:space="0" w:color="B8C5D0"/>
              <w:right w:val="single" w:sz="5" w:space="0" w:color="B8C5D0"/>
            </w:tcBorders>
            <w:shd w:val="clear" w:color="auto" w:fill="F3F7F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4FF0D10C" w14:textId="77777777" w:rsidR="00410EF1" w:rsidRDefault="00410EF1">
            <w:pPr>
              <w:spacing w:after="0"/>
            </w:pPr>
          </w:p>
        </w:tc>
      </w:tr>
    </w:tbl>
    <w:p w14:paraId="4F644FEC" w14:textId="77777777" w:rsidR="0007642E" w:rsidRDefault="0007642E">
      <w:pPr>
        <w:spacing w:before="80" w:after="20"/>
        <w:rPr>
          <w:b/>
          <w:color w:val="1F4E79"/>
          <w:sz w:val="19"/>
          <w:lang w:val="pt-PT"/>
        </w:rPr>
      </w:pPr>
    </w:p>
    <w:p w14:paraId="1CCD1646" w14:textId="4968AA91" w:rsidR="00410EF1" w:rsidRPr="0007642E" w:rsidRDefault="00000000">
      <w:pPr>
        <w:spacing w:before="80" w:after="20"/>
        <w:rPr>
          <w:lang w:val="pt-PT"/>
        </w:rPr>
      </w:pPr>
      <w:r w:rsidRPr="0007642E">
        <w:rPr>
          <w:b/>
          <w:color w:val="1F4E79"/>
          <w:sz w:val="19"/>
          <w:lang w:val="pt-PT"/>
        </w:rPr>
        <w:t>Protocolo de apoio à análise</w:t>
      </w:r>
    </w:p>
    <w:p w14:paraId="02DC4803" w14:textId="77777777" w:rsidR="00410EF1" w:rsidRDefault="00000000">
      <w:pPr>
        <w:spacing w:after="0"/>
      </w:pPr>
      <w:r w:rsidRPr="0007642E">
        <w:rPr>
          <w:color w:val="465563"/>
          <w:sz w:val="17"/>
          <w:lang w:val="pt-PT"/>
        </w:rPr>
        <w:t xml:space="preserve">Quem produziu? · Quando e onde? · Para quem? · Porquê? · Com que fontes? </w:t>
      </w:r>
      <w:r>
        <w:rPr>
          <w:color w:val="465563"/>
          <w:sz w:val="17"/>
        </w:rPr>
        <w:t xml:space="preserve">· Como </w:t>
      </w:r>
      <w:proofErr w:type="spellStart"/>
      <w:r>
        <w:rPr>
          <w:color w:val="465563"/>
          <w:sz w:val="17"/>
        </w:rPr>
        <w:t>foi</w:t>
      </w:r>
      <w:proofErr w:type="spellEnd"/>
      <w:r>
        <w:rPr>
          <w:color w:val="465563"/>
          <w:sz w:val="17"/>
        </w:rPr>
        <w:t xml:space="preserve"> </w:t>
      </w:r>
      <w:proofErr w:type="spellStart"/>
      <w:r>
        <w:rPr>
          <w:color w:val="465563"/>
          <w:sz w:val="17"/>
        </w:rPr>
        <w:t>construída</w:t>
      </w:r>
      <w:proofErr w:type="spellEnd"/>
      <w:r>
        <w:rPr>
          <w:color w:val="465563"/>
          <w:sz w:val="17"/>
        </w:rPr>
        <w:t>? · O que falta? · Comparado com quê?</w:t>
      </w:r>
    </w:p>
    <w:sectPr w:rsidR="00410EF1" w:rsidSect="0007642E">
      <w:headerReference w:type="default" r:id="rId9"/>
      <w:footerReference w:type="default" r:id="rId10"/>
      <w:pgSz w:w="12240" w:h="15840"/>
      <w:pgMar w:top="794" w:right="567" w:bottom="79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DD36E" w14:textId="77777777" w:rsidR="00025D27" w:rsidRDefault="00025D27">
      <w:pPr>
        <w:spacing w:after="0" w:line="240" w:lineRule="auto"/>
      </w:pPr>
      <w:r>
        <w:separator/>
      </w:r>
    </w:p>
  </w:endnote>
  <w:endnote w:type="continuationSeparator" w:id="0">
    <w:p w14:paraId="69F1AB69" w14:textId="77777777" w:rsidR="00025D27" w:rsidRDefault="00025D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AA1AB" w14:textId="77777777" w:rsidR="0007642E" w:rsidRDefault="0007642E" w:rsidP="0007642E">
    <w:pPr>
      <w:pStyle w:val="Rodap"/>
      <w:rPr>
        <w:color w:val="718096"/>
        <w:sz w:val="16"/>
      </w:rPr>
    </w:pPr>
  </w:p>
  <w:p w14:paraId="66CE6844" w14:textId="6F1CE0E8" w:rsidR="00410EF1" w:rsidRPr="0007642E" w:rsidRDefault="00000000" w:rsidP="0007642E">
    <w:pPr>
      <w:pStyle w:val="Rodap"/>
      <w:rPr>
        <w:lang w:val="pt-PT"/>
      </w:rPr>
    </w:pPr>
    <w:r w:rsidRPr="0007642E">
      <w:rPr>
        <w:color w:val="718096"/>
        <w:sz w:val="16"/>
        <w:lang w:val="pt-PT"/>
      </w:rPr>
      <w:t>Laboratório de Literacia Mediática</w:t>
    </w:r>
    <w:r w:rsidR="0007642E" w:rsidRPr="0007642E">
      <w:rPr>
        <w:color w:val="718096"/>
        <w:sz w:val="16"/>
        <w:lang w:val="pt-PT"/>
      </w:rPr>
      <w:tab/>
    </w:r>
    <w:r w:rsidR="0007642E" w:rsidRPr="0007642E">
      <w:rPr>
        <w:color w:val="718096"/>
        <w:sz w:val="16"/>
        <w:lang w:val="pt-PT"/>
      </w:rPr>
      <w:tab/>
      <w:t>Luísa M</w:t>
    </w:r>
    <w:r w:rsidR="0007642E">
      <w:rPr>
        <w:color w:val="718096"/>
        <w:sz w:val="16"/>
        <w:lang w:val="pt-PT"/>
      </w:rPr>
      <w:t>agalhães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41C96" w14:textId="77777777" w:rsidR="00025D27" w:rsidRDefault="00025D27">
      <w:pPr>
        <w:spacing w:after="0" w:line="240" w:lineRule="auto"/>
      </w:pPr>
      <w:r>
        <w:separator/>
      </w:r>
    </w:p>
  </w:footnote>
  <w:footnote w:type="continuationSeparator" w:id="0">
    <w:p w14:paraId="7EB2E32B" w14:textId="77777777" w:rsidR="00025D27" w:rsidRDefault="00025D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2D2D8" w14:textId="77777777" w:rsidR="00410EF1" w:rsidRDefault="00000000">
    <w:pPr>
      <w:pStyle w:val="Cabealho"/>
      <w:pBdr>
        <w:bottom w:val="single" w:sz="6" w:space="6" w:color="D9E1E8"/>
      </w:pBdr>
      <w:jc w:val="right"/>
    </w:pPr>
    <w:proofErr w:type="spellStart"/>
    <w:r>
      <w:rPr>
        <w:color w:val="607080"/>
        <w:sz w:val="17"/>
      </w:rPr>
      <w:t>Sessão</w:t>
    </w:r>
    <w:proofErr w:type="spellEnd"/>
    <w:r>
      <w:rPr>
        <w:color w:val="607080"/>
        <w:sz w:val="17"/>
      </w:rPr>
      <w:t xml:space="preserve"> 1 · </w:t>
    </w:r>
    <w:proofErr w:type="spellStart"/>
    <w:r>
      <w:rPr>
        <w:color w:val="607080"/>
        <w:sz w:val="17"/>
      </w:rPr>
      <w:t>Literacia</w:t>
    </w:r>
    <w:proofErr w:type="spellEnd"/>
    <w:r>
      <w:rPr>
        <w:color w:val="607080"/>
        <w:sz w:val="17"/>
      </w:rPr>
      <w:t xml:space="preserve"> </w:t>
    </w:r>
    <w:proofErr w:type="spellStart"/>
    <w:r>
      <w:rPr>
        <w:color w:val="607080"/>
        <w:sz w:val="17"/>
      </w:rPr>
      <w:t>Mediática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6324454">
    <w:abstractNumId w:val="8"/>
  </w:num>
  <w:num w:numId="2" w16cid:durableId="761879238">
    <w:abstractNumId w:val="6"/>
  </w:num>
  <w:num w:numId="3" w16cid:durableId="367678541">
    <w:abstractNumId w:val="5"/>
  </w:num>
  <w:num w:numId="4" w16cid:durableId="355545921">
    <w:abstractNumId w:val="4"/>
  </w:num>
  <w:num w:numId="5" w16cid:durableId="751199328">
    <w:abstractNumId w:val="7"/>
  </w:num>
  <w:num w:numId="6" w16cid:durableId="149829052">
    <w:abstractNumId w:val="3"/>
  </w:num>
  <w:num w:numId="7" w16cid:durableId="1599370001">
    <w:abstractNumId w:val="2"/>
  </w:num>
  <w:num w:numId="8" w16cid:durableId="737440670">
    <w:abstractNumId w:val="1"/>
  </w:num>
  <w:num w:numId="9" w16cid:durableId="685248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5D27"/>
    <w:rsid w:val="00034616"/>
    <w:rsid w:val="0006063C"/>
    <w:rsid w:val="0007642E"/>
    <w:rsid w:val="0015074B"/>
    <w:rsid w:val="0029639D"/>
    <w:rsid w:val="00326F90"/>
    <w:rsid w:val="00410EF1"/>
    <w:rsid w:val="007631CC"/>
    <w:rsid w:val="00AA1D8D"/>
    <w:rsid w:val="00B47730"/>
    <w:rsid w:val="00C0237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03DE97"/>
  <w14:defaultImageDpi w14:val="300"/>
  <w15:docId w15:val="{945AE8FD-79C7-4904-A28D-3EF4A1B84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color w:val="1F2933"/>
      <w:sz w:val="21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30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48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96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Luísa Magalhães</cp:lastModifiedBy>
  <cp:revision>3</cp:revision>
  <cp:lastPrinted>2026-09-16T16:44:00Z</cp:lastPrinted>
  <dcterms:created xsi:type="dcterms:W3CDTF">2026-09-16T16:43:00Z</dcterms:created>
  <dcterms:modified xsi:type="dcterms:W3CDTF">2026-09-16T16:44:00Z</dcterms:modified>
  <cp:category/>
</cp:coreProperties>
</file>