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B1314" w14:textId="77777777" w:rsidR="008B3CAC" w:rsidRDefault="00FD7B84">
      <w:r>
        <w:rPr>
          <w:b/>
          <w:sz w:val="52"/>
        </w:rPr>
        <w:t>KIT DE MATERIAIS</w:t>
      </w:r>
    </w:p>
    <w:p w14:paraId="5FD7E245" w14:textId="77777777" w:rsidR="008B3CAC" w:rsidRDefault="00FD7B84">
      <w:r>
        <w:rPr>
          <w:b/>
          <w:color w:val="D26E2E"/>
          <w:sz w:val="46"/>
        </w:rPr>
        <w:t>10 JOGOS FILOSÓFICOS</w:t>
      </w:r>
    </w:p>
    <w:p w14:paraId="78106294" w14:textId="77777777" w:rsidR="008B3CAC" w:rsidRDefault="00FD7B84">
      <w:r>
        <w:rPr>
          <w:b/>
          <w:color w:val="285C85"/>
          <w:sz w:val="28"/>
        </w:rPr>
        <w:t>Pré-escolar e 1.º ciclo do ensino básico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1874B1F3" w14:textId="77777777">
        <w:trPr>
          <w:trHeight w:val="181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7A2CF17" w14:textId="77777777" w:rsidR="008B3CAC" w:rsidRDefault="00FD7B84">
            <w:r>
              <w:rPr>
                <w:b/>
                <w:color w:val="D26E2E"/>
                <w:sz w:val="18"/>
              </w:rPr>
              <w:t>PRONTO A USAR NA SALA</w:t>
            </w:r>
          </w:p>
          <w:p w14:paraId="2BEF5AA2" w14:textId="77777777" w:rsidR="008B3CAC" w:rsidRDefault="00FD7B84">
            <w:r>
              <w:t>Cartões para recortar, situações fictícias, placas de escolha, organizadores de ideias e fichas reutilizáveis. As perguntas são o ponto de partida; as razões, os exemplos e a escuta fazem o jogo avançar.</w:t>
            </w:r>
          </w:p>
        </w:tc>
      </w:tr>
    </w:tbl>
    <w:p w14:paraId="4FDB7A7D" w14:textId="77777777" w:rsidR="008B3CAC" w:rsidRDefault="008B3CAC"/>
    <w:p w14:paraId="31F6E4A1" w14:textId="77777777" w:rsidR="008B3CAC" w:rsidRDefault="00FD7B84">
      <w:r>
        <w:t>01  Caixa das Perguntas Filosóficas     06  Árvore Filosófica</w:t>
      </w:r>
    </w:p>
    <w:p w14:paraId="67ADB872" w14:textId="77777777" w:rsidR="008B3CAC" w:rsidRDefault="00FD7B84">
      <w:r>
        <w:t>02  Valores                                           07  Dilema Ético</w:t>
      </w:r>
    </w:p>
    <w:p w14:paraId="0E89E3F4" w14:textId="77777777" w:rsidR="008B3CAC" w:rsidRDefault="00FD7B84">
      <w:r>
        <w:t>03  Debate Filosófico                        08  Verdade</w:t>
      </w:r>
    </w:p>
    <w:p w14:paraId="5AFAC8C1" w14:textId="77777777" w:rsidR="008B3CAC" w:rsidRDefault="00FD7B84">
      <w:r>
        <w:t>04  Definições                                      09  Linha Filosófica</w:t>
      </w:r>
    </w:p>
    <w:p w14:paraId="61F46808" w14:textId="77777777" w:rsidR="008B3CAC" w:rsidRDefault="00FD7B84">
      <w:r>
        <w:t>05  Categorias Filosóficas                10  Laboratório de Pensamento</w:t>
      </w:r>
    </w:p>
    <w:p w14:paraId="7847E587" w14:textId="77777777" w:rsidR="008B3CAC" w:rsidRDefault="008B3CA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7E028890" w14:textId="77777777">
        <w:trPr>
          <w:trHeight w:val="147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93D5816" w14:textId="77777777" w:rsidR="008B3CAC" w:rsidRDefault="00FD7B84">
            <w:r>
              <w:rPr>
                <w:b/>
                <w:color w:val="D26E2E"/>
                <w:sz w:val="18"/>
              </w:rPr>
              <w:t>PARA O ADULTO</w:t>
            </w:r>
          </w:p>
          <w:p w14:paraId="4169417F" w14:textId="77777777" w:rsidR="008B3CAC" w:rsidRDefault="00FD7B84">
            <w:r>
              <w:t>Pré-escolar: ler o cartão, mostrar um objeto ou representar a situação com bonecos; aceitar gestos, desenhos e fala. 1.º ciclo: ler em pares, escrever uma razão e experimentar um contraexemplo. Não existe pontuação nem uma resposta vencedora.</w:t>
            </w:r>
          </w:p>
        </w:tc>
      </w:tr>
    </w:tbl>
    <w:p w14:paraId="423DFDF0" w14:textId="77777777" w:rsidR="008B3CAC" w:rsidRDefault="00FD7B84">
      <w:r>
        <w:rPr>
          <w:color w:val="5D6770"/>
          <w:sz w:val="17"/>
        </w:rPr>
        <w:t>Documento Word editável  •  imprimir em A4  •  recortar os cartões pelas linhas pontilhadas</w:t>
      </w:r>
    </w:p>
    <w:p w14:paraId="5F43C351" w14:textId="77777777" w:rsidR="008B3CAC" w:rsidRDefault="00FD7B84">
      <w:r>
        <w:br w:type="page"/>
      </w:r>
    </w:p>
    <w:p w14:paraId="45A8E02E" w14:textId="77777777" w:rsidR="008B3CAC" w:rsidRDefault="00FD7B84">
      <w:pPr>
        <w:pStyle w:val="Ttulo1"/>
      </w:pPr>
      <w:r>
        <w:lastRenderedPageBreak/>
        <w:t>ANTES DE JOGAR</w:t>
      </w:r>
    </w:p>
    <w:p w14:paraId="7AAD11CF" w14:textId="77777777" w:rsidR="008B3CAC" w:rsidRDefault="00FD7B84">
      <w:r>
        <w:rPr>
          <w:b/>
          <w:color w:val="D26E2E"/>
          <w:sz w:val="22"/>
        </w:rPr>
        <w:t>O que preparar</w:t>
      </w:r>
    </w:p>
    <w:p w14:paraId="5C912EE1" w14:textId="77777777" w:rsidR="008B3CAC" w:rsidRDefault="00FD7B84">
      <w:r>
        <w:rPr>
          <w:sz w:val="19"/>
        </w:rPr>
        <w:t>1. Imprimir apenas as páginas do jogo escolhido; plastificar as placas e os cartões que irão ser reutilizados.</w:t>
      </w:r>
    </w:p>
    <w:p w14:paraId="48C0512B" w14:textId="77777777" w:rsidR="008B3CAC" w:rsidRDefault="00FD7B84">
      <w:r>
        <w:rPr>
          <w:sz w:val="19"/>
        </w:rPr>
        <w:t>2. Ter à mão uma caixa, uma folha A3, lápis e um objeto da palavra. No pré-escolar, ler sempre os cartões em voz alta.</w:t>
      </w:r>
    </w:p>
    <w:p w14:paraId="14F6B9E3" w14:textId="77777777" w:rsidR="008B3CAC" w:rsidRDefault="00FD7B84">
      <w:r>
        <w:rPr>
          <w:sz w:val="19"/>
        </w:rPr>
        <w:t>3. Escolher 1 pergunta central e 3 a 5 cartões, no máximo, para uma sessão curta. O jogo não precisa de chegar ao fim para ter valor filosófico.</w:t>
      </w:r>
    </w:p>
    <w:p w14:paraId="5845F615" w14:textId="77777777" w:rsidR="008B3CAC" w:rsidRDefault="00FD7B84">
      <w:r>
        <w:rPr>
          <w:b/>
          <w:color w:val="D26E2E"/>
          <w:sz w:val="22"/>
        </w:rPr>
        <w:t>Combinados com as crianças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59A85D0B" w14:textId="77777777">
        <w:trPr>
          <w:trHeight w:val="1531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EFE5B73" w14:textId="77777777" w:rsidR="008B3CAC" w:rsidRDefault="00FD7B84">
            <w:r>
              <w:rPr>
                <w:b/>
                <w:color w:val="D26E2E"/>
                <w:sz w:val="18"/>
              </w:rPr>
              <w:t>AS NOSSAS REGRAS</w:t>
            </w:r>
          </w:p>
          <w:p w14:paraId="4F06F9C2" w14:textId="77777777" w:rsidR="008B3CAC" w:rsidRDefault="00FD7B84">
            <w:r>
              <w:t>Escutamos até ao fim. Podemos passar a vez. Discordamos de ideias, não das pessoas. Tentamos explicar «porquê». Podemos dizer «não sei» e mudar de opinião.</w:t>
            </w:r>
          </w:p>
        </w:tc>
      </w:tr>
    </w:tbl>
    <w:p w14:paraId="2B065979" w14:textId="77777777" w:rsidR="008B3CAC" w:rsidRDefault="00FD7B84">
      <w:r>
        <w:rPr>
          <w:b/>
          <w:color w:val="D26E2E"/>
          <w:sz w:val="22"/>
        </w:rPr>
        <w:t>Cinco perguntas que fazem avançar qualquer jogo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02C364CC" w14:textId="77777777">
        <w:trPr>
          <w:trHeight w:val="964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2DA32EB5" w14:textId="77777777" w:rsidR="008B3CAC" w:rsidRDefault="00FD7B84">
            <w:r>
              <w:rPr>
                <w:b/>
                <w:sz w:val="22"/>
              </w:rPr>
              <w:t>O QUE QUERES DIZER?</w:t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8438E9F" w14:textId="77777777" w:rsidR="008B3CAC" w:rsidRDefault="00FD7B84">
            <w:r>
              <w:rPr>
                <w:b/>
                <w:sz w:val="22"/>
              </w:rPr>
              <w:t>PORQUE PENSAS ASSIM?</w:t>
            </w:r>
          </w:p>
        </w:tc>
      </w:tr>
      <w:tr w:rsidR="008B3CAC" w14:paraId="15CABE70" w14:textId="77777777">
        <w:trPr>
          <w:trHeight w:val="964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CFEA354" w14:textId="77777777" w:rsidR="008B3CAC" w:rsidRDefault="00FD7B84">
            <w:r>
              <w:rPr>
                <w:b/>
                <w:sz w:val="22"/>
              </w:rPr>
              <w:t>PODES DAR UM EXEMPLO?</w:t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FCC905A" w14:textId="77777777" w:rsidR="008B3CAC" w:rsidRDefault="00FD7B84">
            <w:r>
              <w:rPr>
                <w:b/>
                <w:sz w:val="22"/>
              </w:rPr>
              <w:t>ALGUÉM VÊ DE OUTRA MANEIRA?</w:t>
            </w:r>
          </w:p>
        </w:tc>
      </w:tr>
      <w:tr w:rsidR="008B3CAC" w14:paraId="3CCD48BE" w14:textId="77777777">
        <w:trPr>
          <w:trHeight w:val="964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DF89E57" w14:textId="77777777" w:rsidR="008B3CAC" w:rsidRDefault="00FD7B84">
            <w:r>
              <w:rPr>
                <w:b/>
                <w:sz w:val="22"/>
              </w:rPr>
              <w:t>SERÁ SEMPRE ASSIM?</w:t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5DF264D" w14:textId="77777777" w:rsidR="008B3CAC" w:rsidRDefault="00FD7B84">
            <w:r>
              <w:rPr>
                <w:b/>
                <w:sz w:val="22"/>
              </w:rPr>
              <w:t>QUE PERGUNTA NASCEU AGORA?</w:t>
            </w:r>
          </w:p>
        </w:tc>
      </w:tr>
    </w:tbl>
    <w:p w14:paraId="2A6C62AA" w14:textId="77777777" w:rsidR="008B3CAC" w:rsidRDefault="008B3CAC"/>
    <w:p w14:paraId="1B11CBBB" w14:textId="77777777" w:rsidR="008B3CAC" w:rsidRDefault="00FD7B84">
      <w:r>
        <w:rPr>
          <w:b/>
          <w:color w:val="D26E2E"/>
          <w:sz w:val="22"/>
        </w:rPr>
        <w:t>Um ciclo simples de diálogo</w:t>
      </w:r>
    </w:p>
    <w:p w14:paraId="14C192B6" w14:textId="77777777" w:rsidR="008B3CAC" w:rsidRDefault="00FD7B84">
      <w:r>
        <w:rPr>
          <w:b/>
          <w:color w:val="285C85"/>
          <w:sz w:val="19"/>
        </w:rPr>
        <w:t>PERGUNTAR  →  PENSAR  →  PARTILHAR  →  PEDIR RAZÕES  →  COMPARAR  →  VOLTAR A PERGUNTAR</w:t>
      </w:r>
    </w:p>
    <w:p w14:paraId="6126186C" w14:textId="77777777" w:rsidR="008B3CAC" w:rsidRDefault="00FD7B84">
      <w:r>
        <w:rPr>
          <w:b/>
          <w:color w:val="D26E2E"/>
          <w:sz w:val="22"/>
        </w:rPr>
        <w:t>Como observar as competências filosóficas</w:t>
      </w:r>
    </w:p>
    <w:p w14:paraId="0D83CBF1" w14:textId="77777777" w:rsidR="008B3CAC" w:rsidRDefault="00FD7B84">
      <w:r>
        <w:rPr>
          <w:sz w:val="19"/>
        </w:rPr>
        <w:t>Registar pequenas evidências, sem classificar as crianças: fez uma pergunta; explicou com «porque»; deu um exemplo; ouviu e retomou uma ideia; aceitou uma objeção; imaginou outra possibilidade.</w:t>
      </w:r>
    </w:p>
    <w:p w14:paraId="143394D3" w14:textId="77777777" w:rsidR="008B3CAC" w:rsidRDefault="00FD7B84">
      <w:r>
        <w:rPr>
          <w:color w:val="5D6770"/>
          <w:sz w:val="17"/>
        </w:rPr>
        <w:t>Segurança pedagógica: trabalhar situações fictícias. Nunca pressionar uma criança a revelar experiências pessoais, a deslocar-se fisicamente para uma posição ou a defender uma opinião. Em questões factuais, distinguir conversa filosófica de verificação de evidências.</w:t>
      </w:r>
    </w:p>
    <w:p w14:paraId="19E125F1" w14:textId="77777777" w:rsidR="008B3CAC" w:rsidRDefault="00FD7B84">
      <w:r>
        <w:br w:type="page"/>
      </w:r>
    </w:p>
    <w:p w14:paraId="6D79465F" w14:textId="77777777" w:rsidR="008B3CAC" w:rsidRDefault="00FD7B84">
      <w:r>
        <w:rPr>
          <w:b/>
          <w:sz w:val="34"/>
        </w:rPr>
        <w:lastRenderedPageBreak/>
        <w:t>01  Caixa das Perguntas Filosóficas</w:t>
      </w:r>
    </w:p>
    <w:p w14:paraId="608D90B6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31F58D08" w14:textId="77777777" w:rsidR="008B3CAC" w:rsidRDefault="00FD7B84">
      <w:r>
        <w:rPr>
          <w:sz w:val="18"/>
        </w:rPr>
        <w:t>Retirar um cartão, escolher uma pergunta e prolongá-la com «porquê?» ou «e se...?».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2BE10DAB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4302980" w14:textId="77777777" w:rsidR="008B3CAC" w:rsidRDefault="00FD7B84">
            <w:r>
              <w:rPr>
                <w:b/>
                <w:color w:val="D26E2E"/>
                <w:sz w:val="16"/>
              </w:rPr>
              <w:t>AMIZADE</w:t>
            </w:r>
          </w:p>
          <w:p w14:paraId="36B4D2D1" w14:textId="77777777" w:rsidR="008B3CAC" w:rsidRDefault="00FD7B84">
            <w:r>
              <w:rPr>
                <w:b/>
                <w:sz w:val="24"/>
              </w:rPr>
              <w:t>O que faz alguém ser amigo?</w:t>
            </w:r>
          </w:p>
          <w:p w14:paraId="5208620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Podemos discordar e continuar amigos?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6A6B3E4" w14:textId="77777777" w:rsidR="008B3CAC" w:rsidRDefault="00FD7B84">
            <w:r>
              <w:rPr>
                <w:b/>
                <w:color w:val="285C85"/>
                <w:sz w:val="16"/>
              </w:rPr>
              <w:t>PARTILHAR</w:t>
            </w:r>
          </w:p>
          <w:p w14:paraId="644FEE85" w14:textId="77777777" w:rsidR="008B3CAC" w:rsidRDefault="00FD7B84">
            <w:r>
              <w:rPr>
                <w:b/>
                <w:sz w:val="24"/>
              </w:rPr>
              <w:t>É preciso partilhar tudo?</w:t>
            </w:r>
          </w:p>
          <w:p w14:paraId="697E4319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Há coisas que são só nossas?</w:t>
            </w:r>
          </w:p>
        </w:tc>
      </w:tr>
      <w:tr w:rsidR="008B3CAC" w14:paraId="174AD92E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3D62F10" w14:textId="77777777" w:rsidR="008B3CAC" w:rsidRDefault="00FD7B84">
            <w:r>
              <w:rPr>
                <w:b/>
                <w:color w:val="D26E2E"/>
                <w:sz w:val="16"/>
              </w:rPr>
              <w:t>BRINCAR</w:t>
            </w:r>
          </w:p>
          <w:p w14:paraId="7AD85FC3" w14:textId="77777777" w:rsidR="008B3CAC" w:rsidRDefault="00FD7B84">
            <w:r>
              <w:rPr>
                <w:b/>
                <w:sz w:val="24"/>
              </w:rPr>
              <w:t>Para que serve brincar?</w:t>
            </w:r>
          </w:p>
          <w:p w14:paraId="59DEABD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Brincar tem de ser divertido para todos?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E73DFAD" w14:textId="77777777" w:rsidR="008B3CAC" w:rsidRDefault="00FD7B84">
            <w:r>
              <w:rPr>
                <w:b/>
                <w:color w:val="285C85"/>
                <w:sz w:val="16"/>
              </w:rPr>
              <w:t>MEDO</w:t>
            </w:r>
          </w:p>
          <w:p w14:paraId="4E58D7FF" w14:textId="77777777" w:rsidR="008B3CAC" w:rsidRDefault="00FD7B84">
            <w:r>
              <w:rPr>
                <w:b/>
                <w:sz w:val="24"/>
              </w:rPr>
              <w:t>Podemos ser corajosos e ter medo?</w:t>
            </w:r>
          </w:p>
          <w:p w14:paraId="41633DE9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Conheces um exemplo numa história?</w:t>
            </w:r>
          </w:p>
        </w:tc>
      </w:tr>
      <w:tr w:rsidR="008B3CAC" w14:paraId="06C6DE6C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D7A82C4" w14:textId="77777777" w:rsidR="008B3CAC" w:rsidRDefault="00FD7B84">
            <w:r>
              <w:rPr>
                <w:b/>
                <w:color w:val="D26E2E"/>
                <w:sz w:val="16"/>
              </w:rPr>
              <w:t>REGRAS</w:t>
            </w:r>
          </w:p>
          <w:p w14:paraId="4FF776DD" w14:textId="77777777" w:rsidR="008B3CAC" w:rsidRDefault="00FD7B84">
            <w:r>
              <w:rPr>
                <w:b/>
                <w:sz w:val="24"/>
              </w:rPr>
              <w:t>Porque existem regras nos jogos?</w:t>
            </w:r>
          </w:p>
          <w:p w14:paraId="6397D812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Alguma regra pode ser injusta?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34917EF" w14:textId="77777777" w:rsidR="008B3CAC" w:rsidRDefault="00FD7B84">
            <w:r>
              <w:rPr>
                <w:b/>
                <w:color w:val="285C85"/>
                <w:sz w:val="16"/>
              </w:rPr>
              <w:t>ANIMAIS</w:t>
            </w:r>
          </w:p>
          <w:p w14:paraId="36280D28" w14:textId="77777777" w:rsidR="008B3CAC" w:rsidRDefault="00FD7B84">
            <w:r>
              <w:rPr>
                <w:b/>
                <w:sz w:val="24"/>
              </w:rPr>
              <w:t>Os animais pensam?</w:t>
            </w:r>
          </w:p>
          <w:p w14:paraId="398D8F7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te faz pensar isso?</w:t>
            </w:r>
          </w:p>
        </w:tc>
      </w:tr>
      <w:tr w:rsidR="008B3CAC" w14:paraId="7B23C487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64F7C33" w14:textId="77777777" w:rsidR="008B3CAC" w:rsidRDefault="00FD7B84">
            <w:r>
              <w:rPr>
                <w:b/>
                <w:color w:val="D26E2E"/>
                <w:sz w:val="16"/>
              </w:rPr>
              <w:t>SER DIFERENTE</w:t>
            </w:r>
          </w:p>
          <w:p w14:paraId="025C7564" w14:textId="77777777" w:rsidR="008B3CAC" w:rsidRDefault="00FD7B84">
            <w:r>
              <w:rPr>
                <w:b/>
                <w:sz w:val="24"/>
              </w:rPr>
              <w:t>Ser diferente é uma coisa boa?</w:t>
            </w:r>
          </w:p>
          <w:p w14:paraId="30102E08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Todos temos de gostar do mesmo?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7C2C54B" w14:textId="77777777" w:rsidR="008B3CAC" w:rsidRDefault="00FD7B84">
            <w:r>
              <w:rPr>
                <w:b/>
                <w:color w:val="285C85"/>
                <w:sz w:val="16"/>
              </w:rPr>
              <w:t>PERGUNTAR</w:t>
            </w:r>
          </w:p>
          <w:p w14:paraId="0617BDAB" w14:textId="77777777" w:rsidR="008B3CAC" w:rsidRDefault="00FD7B84">
            <w:r>
              <w:rPr>
                <w:b/>
                <w:sz w:val="24"/>
              </w:rPr>
              <w:t>Há perguntas sem resposta?</w:t>
            </w:r>
          </w:p>
          <w:p w14:paraId="57D4007E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fazemos quando não sabemos?</w:t>
            </w:r>
          </w:p>
        </w:tc>
      </w:tr>
    </w:tbl>
    <w:p w14:paraId="26375852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3443FD35" w14:textId="77777777" w:rsidR="008B3CAC" w:rsidRDefault="00FD7B84">
      <w:r>
        <w:br w:type="page"/>
      </w:r>
    </w:p>
    <w:p w14:paraId="2F55B5AB" w14:textId="77777777" w:rsidR="008B3CAC" w:rsidRDefault="00FD7B84">
      <w:r>
        <w:rPr>
          <w:b/>
          <w:sz w:val="34"/>
        </w:rPr>
        <w:lastRenderedPageBreak/>
        <w:t>01  Caixa das Perguntas Filosóficas</w:t>
      </w:r>
    </w:p>
    <w:p w14:paraId="06272BAE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  <w:gridCol w:w="92"/>
      </w:tblGrid>
      <w:tr w:rsidR="008B3CAC" w14:paraId="1AF3A90B" w14:textId="77777777">
        <w:trPr>
          <w:gridAfter w:val="1"/>
          <w:wAfter w:w="92" w:type="dxa"/>
          <w:trHeight w:val="1191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7C35B6C" w14:textId="77777777" w:rsidR="008B3CAC" w:rsidRDefault="00FD7B84">
            <w:r>
              <w:rPr>
                <w:b/>
                <w:color w:val="D26E2E"/>
                <w:sz w:val="18"/>
              </w:rPr>
              <w:t>A NOSSA CAIXA DE NOVAS PERGUNTAS</w:t>
            </w:r>
          </w:p>
          <w:p w14:paraId="0C971455" w14:textId="77777777" w:rsidR="008B3CAC" w:rsidRDefault="00FD7B84">
            <w:r>
              <w:t>Depois da conversa, cada criança pode ditar uma pergunta ao adulto, desenhá-la ou escrevê-la.</w:t>
            </w:r>
          </w:p>
        </w:tc>
      </w:tr>
      <w:tr w:rsidR="008B3CAC" w14:paraId="3AD48AC3" w14:textId="77777777">
        <w:trPr>
          <w:trHeight w:val="1928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0A8CC43" w14:textId="77777777" w:rsidR="008B3CAC" w:rsidRDefault="00FD7B84">
            <w:r>
              <w:rPr>
                <w:b/>
                <w:sz w:val="22"/>
              </w:rPr>
              <w:t>A MINHA NOVA PERGUNTA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6B0E1D5" w14:textId="77777777" w:rsidR="008B3CAC" w:rsidRDefault="00FD7B84">
            <w:r>
              <w:rPr>
                <w:b/>
                <w:sz w:val="22"/>
              </w:rPr>
              <w:t>A MINHA NOVA PERGUNTA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</w:tr>
      <w:tr w:rsidR="008B3CAC" w14:paraId="6E333DCF" w14:textId="77777777">
        <w:trPr>
          <w:trHeight w:val="1928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06DC2147" w14:textId="77777777" w:rsidR="008B3CAC" w:rsidRDefault="00FD7B84">
            <w:r>
              <w:rPr>
                <w:b/>
                <w:sz w:val="22"/>
              </w:rPr>
              <w:t>A MINHA NOVA PERGUNTA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45F54A61" w14:textId="77777777" w:rsidR="008B3CAC" w:rsidRDefault="00FD7B84">
            <w:r>
              <w:rPr>
                <w:b/>
                <w:sz w:val="22"/>
              </w:rPr>
              <w:t>A MINHA NOVA PERGUNTA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</w:tr>
    </w:tbl>
    <w:p w14:paraId="3ED70E7C" w14:textId="77777777" w:rsidR="008B3CAC" w:rsidRDefault="00FD7B84">
      <w:r>
        <w:rPr>
          <w:b/>
          <w:color w:val="D26E2E"/>
        </w:rPr>
        <w:t>A pergunta que escolhemos para continuar na próxima sessão:</w:t>
      </w:r>
    </w:p>
    <w:p w14:paraId="5B536E42" w14:textId="77777777" w:rsidR="008B3CAC" w:rsidRDefault="00FD7B84">
      <w:r>
        <w:rPr>
          <w:color w:val="5D6770"/>
          <w:sz w:val="18"/>
        </w:rPr>
        <w:t>_________________________________________________________________________________________</w:t>
      </w:r>
    </w:p>
    <w:p w14:paraId="2AB9B132" w14:textId="77777777" w:rsidR="008B3CAC" w:rsidRDefault="00FD7B84">
      <w:r>
        <w:rPr>
          <w:color w:val="5D6770"/>
          <w:sz w:val="18"/>
        </w:rPr>
        <w:t>_________________________________________________________________________________________</w:t>
      </w:r>
    </w:p>
    <w:p w14:paraId="30CF8F20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25B28ECD" w14:textId="77777777" w:rsidR="008B3CAC" w:rsidRDefault="00FD7B84">
      <w:r>
        <w:br w:type="page"/>
      </w:r>
    </w:p>
    <w:p w14:paraId="4E1D0F96" w14:textId="77777777" w:rsidR="008B3CAC" w:rsidRDefault="00FD7B84">
      <w:r>
        <w:rPr>
          <w:b/>
          <w:sz w:val="34"/>
        </w:rPr>
        <w:lastRenderedPageBreak/>
        <w:t>02  Jogo dos Valores</w:t>
      </w:r>
    </w:p>
    <w:p w14:paraId="4BEBC169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2E67C3C5" w14:textId="77777777" w:rsidR="008B3CAC" w:rsidRDefault="00FD7B84">
      <w:r>
        <w:rPr>
          <w:sz w:val="18"/>
        </w:rPr>
        <w:t>Escolher um valor para um caso e explicar a ligação entre a palavra e uma ação.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1EAB58E5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DCE2240" w14:textId="77777777" w:rsidR="008B3CAC" w:rsidRDefault="00FD7B84">
            <w:r>
              <w:rPr>
                <w:b/>
                <w:color w:val="D26E2E"/>
                <w:sz w:val="16"/>
              </w:rPr>
              <w:t>AMIZADE</w:t>
            </w:r>
          </w:p>
          <w:p w14:paraId="4804C83E" w14:textId="77777777" w:rsidR="008B3CAC" w:rsidRDefault="00FD7B84">
            <w:r>
              <w:rPr>
                <w:b/>
                <w:sz w:val="24"/>
              </w:rPr>
              <w:t>AMIZADE</w:t>
            </w:r>
          </w:p>
          <w:p w14:paraId="7A82C7F0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a reconhecemos numa ação?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63D4517" w14:textId="77777777" w:rsidR="008B3CAC" w:rsidRDefault="00FD7B84">
            <w:r>
              <w:rPr>
                <w:b/>
                <w:color w:val="285C85"/>
                <w:sz w:val="16"/>
              </w:rPr>
              <w:t>JUSTIÇA</w:t>
            </w:r>
          </w:p>
          <w:p w14:paraId="7790436B" w14:textId="77777777" w:rsidR="008B3CAC" w:rsidRDefault="00FD7B84">
            <w:r>
              <w:rPr>
                <w:b/>
                <w:sz w:val="24"/>
              </w:rPr>
              <w:t>JUSTIÇA</w:t>
            </w:r>
          </w:p>
          <w:p w14:paraId="74774552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Tratar de forma igual é sempre justo?</w:t>
            </w:r>
          </w:p>
        </w:tc>
      </w:tr>
      <w:tr w:rsidR="008B3CAC" w14:paraId="3170DC8D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E7E17A5" w14:textId="77777777" w:rsidR="008B3CAC" w:rsidRDefault="00FD7B84">
            <w:r>
              <w:rPr>
                <w:b/>
                <w:color w:val="D26E2E"/>
                <w:sz w:val="16"/>
              </w:rPr>
              <w:t>CORAGEM</w:t>
            </w:r>
          </w:p>
          <w:p w14:paraId="365DCF3D" w14:textId="77777777" w:rsidR="008B3CAC" w:rsidRDefault="00FD7B84">
            <w:r>
              <w:rPr>
                <w:b/>
                <w:sz w:val="24"/>
              </w:rPr>
              <w:t>CORAGEM</w:t>
            </w:r>
          </w:p>
          <w:p w14:paraId="47E416C6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possível ter coragem e medo?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44A8BF0" w14:textId="77777777" w:rsidR="008B3CAC" w:rsidRDefault="00FD7B84">
            <w:r>
              <w:rPr>
                <w:b/>
                <w:color w:val="285C85"/>
                <w:sz w:val="16"/>
              </w:rPr>
              <w:t>RESPEITO</w:t>
            </w:r>
          </w:p>
          <w:p w14:paraId="0AE74025" w14:textId="77777777" w:rsidR="008B3CAC" w:rsidRDefault="00FD7B84">
            <w:r>
              <w:rPr>
                <w:b/>
                <w:sz w:val="24"/>
              </w:rPr>
              <w:t>RESPEITO</w:t>
            </w:r>
          </w:p>
          <w:p w14:paraId="649489A1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possível respeitar quem discorda?</w:t>
            </w:r>
          </w:p>
        </w:tc>
      </w:tr>
      <w:tr w:rsidR="008B3CAC" w14:paraId="2B1C3B4F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1C9D8C0" w14:textId="77777777" w:rsidR="008B3CAC" w:rsidRDefault="00FD7B84">
            <w:r>
              <w:rPr>
                <w:b/>
                <w:color w:val="D26E2E"/>
                <w:sz w:val="16"/>
              </w:rPr>
              <w:t>HONESTIDADE</w:t>
            </w:r>
          </w:p>
          <w:p w14:paraId="478D1B2F" w14:textId="77777777" w:rsidR="008B3CAC" w:rsidRDefault="00FD7B84">
            <w:r>
              <w:rPr>
                <w:b/>
                <w:sz w:val="24"/>
              </w:rPr>
              <w:t>HONESTIDADE</w:t>
            </w:r>
          </w:p>
          <w:p w14:paraId="0B58C75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Dizer tudo pode magoar?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67E3682F" w14:textId="77777777" w:rsidR="008B3CAC" w:rsidRDefault="00FD7B84">
            <w:r>
              <w:rPr>
                <w:b/>
                <w:color w:val="285C85"/>
                <w:sz w:val="16"/>
              </w:rPr>
              <w:t>PARTILHA</w:t>
            </w:r>
          </w:p>
          <w:p w14:paraId="1A20B349" w14:textId="77777777" w:rsidR="008B3CAC" w:rsidRDefault="00FD7B84">
            <w:r>
              <w:rPr>
                <w:b/>
                <w:sz w:val="24"/>
              </w:rPr>
              <w:t>PARTILHA</w:t>
            </w:r>
          </w:p>
          <w:p w14:paraId="738AB3A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torna uma partilha justa?</w:t>
            </w:r>
          </w:p>
        </w:tc>
      </w:tr>
      <w:tr w:rsidR="008B3CAC" w14:paraId="79B4A642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51C0D8D" w14:textId="77777777" w:rsidR="008B3CAC" w:rsidRDefault="00FD7B84">
            <w:r>
              <w:rPr>
                <w:b/>
                <w:color w:val="D26E2E"/>
                <w:sz w:val="16"/>
              </w:rPr>
              <w:t>CUIDADO</w:t>
            </w:r>
          </w:p>
          <w:p w14:paraId="5040E1D8" w14:textId="77777777" w:rsidR="008B3CAC" w:rsidRDefault="00FD7B84">
            <w:r>
              <w:rPr>
                <w:b/>
                <w:sz w:val="24"/>
              </w:rPr>
              <w:t>CUIDADO</w:t>
            </w:r>
          </w:p>
          <w:p w14:paraId="6424EC9D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sabemos de que ajuda alguém precisa?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796385F" w14:textId="77777777" w:rsidR="008B3CAC" w:rsidRDefault="00FD7B84">
            <w:r>
              <w:rPr>
                <w:b/>
                <w:color w:val="285C85"/>
                <w:sz w:val="16"/>
              </w:rPr>
              <w:t>LIBERDADE</w:t>
            </w:r>
          </w:p>
          <w:p w14:paraId="58FD7F95" w14:textId="77777777" w:rsidR="008B3CAC" w:rsidRDefault="00FD7B84">
            <w:r>
              <w:rPr>
                <w:b/>
                <w:sz w:val="24"/>
              </w:rPr>
              <w:t>LIBERDADE</w:t>
            </w:r>
          </w:p>
          <w:p w14:paraId="101466B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Podemos escolher tudo o que queremos?</w:t>
            </w:r>
          </w:p>
        </w:tc>
      </w:tr>
    </w:tbl>
    <w:p w14:paraId="225B2BE3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1EAF6B53" w14:textId="77777777" w:rsidR="008B3CAC" w:rsidRDefault="00FD7B84">
      <w:r>
        <w:br w:type="page"/>
      </w:r>
    </w:p>
    <w:p w14:paraId="4AB50A0C" w14:textId="77777777" w:rsidR="008B3CAC" w:rsidRDefault="00FD7B84">
      <w:r>
        <w:rPr>
          <w:b/>
          <w:sz w:val="34"/>
        </w:rPr>
        <w:lastRenderedPageBreak/>
        <w:t>02  Jogo dos Valores</w:t>
      </w:r>
    </w:p>
    <w:p w14:paraId="1E4F3F5C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613E6D75" w14:textId="77777777" w:rsidR="008B3CAC" w:rsidRDefault="00FD7B84">
      <w:r>
        <w:rPr>
          <w:b/>
          <w:color w:val="D26E2E"/>
          <w:sz w:val="18"/>
        </w:rPr>
        <w:t>CARTÕES DE SITUAÇÕES  •  recortar, ler e associar a um ou mais valores.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1ED77FCC" w14:textId="77777777">
        <w:trPr>
          <w:trHeight w:val="1701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2FA14D2" w14:textId="77777777" w:rsidR="008B3CAC" w:rsidRDefault="00FD7B84">
            <w:r>
              <w:rPr>
                <w:b/>
                <w:sz w:val="22"/>
              </w:rPr>
              <w:t>Duas crianças querem o mesmo livro.</w:t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EFD84AC" w14:textId="77777777" w:rsidR="008B3CAC" w:rsidRDefault="00FD7B84">
            <w:r>
              <w:rPr>
                <w:b/>
                <w:sz w:val="22"/>
              </w:rPr>
              <w:t>Um amigo tem medo de experimentar um jogo novo.</w:t>
            </w:r>
          </w:p>
        </w:tc>
      </w:tr>
      <w:tr w:rsidR="008B3CAC" w14:paraId="78FF21A9" w14:textId="77777777">
        <w:trPr>
          <w:trHeight w:val="1701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4C4E6942" w14:textId="77777777" w:rsidR="008B3CAC" w:rsidRDefault="00FD7B84">
            <w:r>
              <w:rPr>
                <w:b/>
                <w:sz w:val="22"/>
              </w:rPr>
              <w:t>Uma criança não consegue chegar aos materiais.</w:t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7728F2FF" w14:textId="77777777" w:rsidR="008B3CAC" w:rsidRDefault="00FD7B84">
            <w:r>
              <w:rPr>
                <w:b/>
                <w:sz w:val="22"/>
              </w:rPr>
              <w:t>O grupo escolhe um jogo e alguém fica de fora.</w:t>
            </w:r>
          </w:p>
        </w:tc>
      </w:tr>
      <w:tr w:rsidR="008B3CAC" w14:paraId="2ADCFDC2" w14:textId="77777777">
        <w:trPr>
          <w:trHeight w:val="1701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EBB4881" w14:textId="77777777" w:rsidR="008B3CAC" w:rsidRDefault="00FD7B84">
            <w:r>
              <w:rPr>
                <w:b/>
                <w:sz w:val="22"/>
              </w:rPr>
              <w:t>Uma criança parte um lápis sem querer.</w:t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21D95D4C" w14:textId="77777777" w:rsidR="008B3CAC" w:rsidRDefault="00FD7B84">
            <w:r>
              <w:rPr>
                <w:b/>
                <w:sz w:val="22"/>
              </w:rPr>
              <w:t>Dois colegas discordam sobre uma regra.</w:t>
            </w:r>
          </w:p>
        </w:tc>
      </w:tr>
    </w:tbl>
    <w:p w14:paraId="7AFFCA73" w14:textId="77777777" w:rsidR="008B3CAC" w:rsidRDefault="00FD7B84">
      <w:r>
        <w:rPr>
          <w:b/>
          <w:color w:val="D26E2E"/>
          <w:sz w:val="18"/>
        </w:rPr>
        <w:t>O NOSSO MAPA DE VALORES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5B6020A6" w14:textId="77777777">
        <w:trPr>
          <w:trHeight w:val="1247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420688DA" w14:textId="77777777" w:rsidR="008B3CAC" w:rsidRDefault="00FD7B84">
            <w:r>
              <w:rPr>
                <w:b/>
                <w:sz w:val="22"/>
              </w:rPr>
              <w:t>A personagem pode...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0FBCDC67" w14:textId="77777777" w:rsidR="008B3CAC" w:rsidRDefault="00FD7B84">
            <w:r>
              <w:rPr>
                <w:b/>
                <w:sz w:val="22"/>
              </w:rPr>
              <w:t>O valor que procuramos cuidar é...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</w:tr>
      <w:tr w:rsidR="008B3CAC" w14:paraId="3B15AE21" w14:textId="77777777">
        <w:trPr>
          <w:trHeight w:val="1247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1D17A37" w14:textId="77777777" w:rsidR="008B3CAC" w:rsidRDefault="00FD7B84">
            <w:r>
              <w:rPr>
                <w:b/>
                <w:sz w:val="22"/>
              </w:rPr>
              <w:t>Pensamos assim porque...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2C4A57C3" w14:textId="77777777" w:rsidR="008B3CAC" w:rsidRDefault="00FD7B84">
            <w:r>
              <w:rPr>
                <w:b/>
                <w:sz w:val="22"/>
              </w:rPr>
              <w:t>Uma solução diferente seria...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</w:r>
          </w:p>
        </w:tc>
      </w:tr>
    </w:tbl>
    <w:p w14:paraId="49C5FD1B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4B8BDBD6" w14:textId="77777777" w:rsidR="008B3CAC" w:rsidRDefault="00FD7B84">
      <w:r>
        <w:br w:type="page"/>
      </w:r>
    </w:p>
    <w:p w14:paraId="4F7D7137" w14:textId="77777777" w:rsidR="008B3CAC" w:rsidRDefault="00FD7B84">
      <w:r>
        <w:rPr>
          <w:b/>
          <w:sz w:val="34"/>
        </w:rPr>
        <w:lastRenderedPageBreak/>
        <w:t>03  Debate Filosófico</w:t>
      </w:r>
    </w:p>
    <w:p w14:paraId="1A6D27F8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68A31887" w14:textId="77777777" w:rsidR="008B3CAC" w:rsidRDefault="00FD7B84">
      <w:r>
        <w:rPr>
          <w:sz w:val="18"/>
        </w:rPr>
        <w:t>Escolher um tema e trocar razões; não há vencedores nem equipas obrigatórias.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5DFFD000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3F0DF2A" w14:textId="77777777" w:rsidR="008B3CAC" w:rsidRDefault="00FD7B84">
            <w:r>
              <w:rPr>
                <w:b/>
                <w:color w:val="D26E2E"/>
                <w:sz w:val="16"/>
              </w:rPr>
              <w:t>BRINCAR</w:t>
            </w:r>
          </w:p>
          <w:p w14:paraId="5AAE2C37" w14:textId="77777777" w:rsidR="008B3CAC" w:rsidRDefault="00FD7B84">
            <w:r>
              <w:rPr>
                <w:b/>
                <w:sz w:val="24"/>
              </w:rPr>
              <w:t>Um jogo é melhor com regras?</w:t>
            </w:r>
          </w:p>
          <w:p w14:paraId="66E331A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Porquê? Que exemplo conheces?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4F43D7D" w14:textId="77777777" w:rsidR="008B3CAC" w:rsidRDefault="00FD7B84">
            <w:r>
              <w:rPr>
                <w:b/>
                <w:color w:val="285C85"/>
                <w:sz w:val="16"/>
              </w:rPr>
              <w:t>AMIZADE</w:t>
            </w:r>
          </w:p>
          <w:p w14:paraId="18E7C73E" w14:textId="77777777" w:rsidR="008B3CAC" w:rsidRDefault="00FD7B84">
            <w:r>
              <w:rPr>
                <w:b/>
                <w:sz w:val="24"/>
              </w:rPr>
              <w:t>Os amigos têm de gostar do mesmo?</w:t>
            </w:r>
          </w:p>
          <w:p w14:paraId="0ED35F68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Pensa num amigo de uma história.</w:t>
            </w:r>
          </w:p>
        </w:tc>
      </w:tr>
      <w:tr w:rsidR="008B3CAC" w14:paraId="5C04130C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9DB8B2F" w14:textId="77777777" w:rsidR="008B3CAC" w:rsidRDefault="00FD7B84">
            <w:r>
              <w:rPr>
                <w:b/>
                <w:color w:val="D26E2E"/>
                <w:sz w:val="16"/>
              </w:rPr>
              <w:t>PARTILHAR</w:t>
            </w:r>
          </w:p>
          <w:p w14:paraId="3677553A" w14:textId="77777777" w:rsidR="008B3CAC" w:rsidRDefault="00FD7B84">
            <w:r>
              <w:rPr>
                <w:b/>
                <w:sz w:val="24"/>
              </w:rPr>
              <w:t>Partilhar é sempre justo?</w:t>
            </w:r>
          </w:p>
          <w:p w14:paraId="1B0D7308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E se alguém ficar sem nada?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6E02AF07" w14:textId="77777777" w:rsidR="008B3CAC" w:rsidRDefault="00FD7B84">
            <w:r>
              <w:rPr>
                <w:b/>
                <w:color w:val="285C85"/>
                <w:sz w:val="16"/>
              </w:rPr>
              <w:t>APRENDER</w:t>
            </w:r>
          </w:p>
          <w:p w14:paraId="7801976D" w14:textId="77777777" w:rsidR="008B3CAC" w:rsidRDefault="00FD7B84">
            <w:r>
              <w:rPr>
                <w:b/>
                <w:sz w:val="24"/>
              </w:rPr>
              <w:t>Aprendemos apenas quando acertamos?</w:t>
            </w:r>
          </w:p>
          <w:p w14:paraId="701B2269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erro pode ajudar-nos?</w:t>
            </w:r>
          </w:p>
        </w:tc>
      </w:tr>
      <w:tr w:rsidR="008B3CAC" w14:paraId="2B0E8165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35BABC5" w14:textId="77777777" w:rsidR="008B3CAC" w:rsidRDefault="00FD7B84">
            <w:r>
              <w:rPr>
                <w:b/>
                <w:color w:val="D26E2E"/>
                <w:sz w:val="16"/>
              </w:rPr>
              <w:t>ESCOLHER</w:t>
            </w:r>
          </w:p>
          <w:p w14:paraId="0ED97A70" w14:textId="77777777" w:rsidR="008B3CAC" w:rsidRDefault="00FD7B84">
            <w:r>
              <w:rPr>
                <w:b/>
                <w:sz w:val="24"/>
              </w:rPr>
              <w:t>Ser livre é fazer tudo o que queremos?</w:t>
            </w:r>
          </w:p>
          <w:p w14:paraId="483AD44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Há limites que nos ajudam?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3EFA854" w14:textId="77777777" w:rsidR="008B3CAC" w:rsidRDefault="00FD7B84">
            <w:r>
              <w:rPr>
                <w:b/>
                <w:color w:val="285C85"/>
                <w:sz w:val="16"/>
              </w:rPr>
              <w:t>CORAGEM</w:t>
            </w:r>
          </w:p>
          <w:p w14:paraId="6C1958E2" w14:textId="77777777" w:rsidR="008B3CAC" w:rsidRDefault="00FD7B84">
            <w:r>
              <w:rPr>
                <w:b/>
                <w:sz w:val="24"/>
              </w:rPr>
              <w:t>Quem tem medo pode ser corajoso?</w:t>
            </w:r>
          </w:p>
          <w:p w14:paraId="2373C30D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Pensa num exemplo inventado.</w:t>
            </w:r>
          </w:p>
        </w:tc>
      </w:tr>
      <w:tr w:rsidR="008B3CAC" w14:paraId="0AB10349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6686D7F4" w14:textId="77777777" w:rsidR="008B3CAC" w:rsidRDefault="00FD7B84">
            <w:r>
              <w:rPr>
                <w:b/>
                <w:color w:val="D26E2E"/>
                <w:sz w:val="16"/>
              </w:rPr>
              <w:t>MENTIR</w:t>
            </w:r>
          </w:p>
          <w:p w14:paraId="5E17AACB" w14:textId="77777777" w:rsidR="008B3CAC" w:rsidRDefault="00FD7B84">
            <w:r>
              <w:rPr>
                <w:b/>
                <w:sz w:val="24"/>
              </w:rPr>
              <w:t>Uma mentira numa brincadeira é igual a mentir para enganar?</w:t>
            </w:r>
          </w:p>
          <w:p w14:paraId="4D0010F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Qual é a diferença?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6972700" w14:textId="77777777" w:rsidR="008B3CAC" w:rsidRDefault="00FD7B84">
            <w:r>
              <w:rPr>
                <w:b/>
                <w:color w:val="285C85"/>
                <w:sz w:val="16"/>
              </w:rPr>
              <w:t>SER OUVIDO</w:t>
            </w:r>
          </w:p>
          <w:p w14:paraId="3FBFF3FB" w14:textId="77777777" w:rsidR="008B3CAC" w:rsidRDefault="00FD7B84">
            <w:r>
              <w:rPr>
                <w:b/>
                <w:sz w:val="24"/>
              </w:rPr>
              <w:t>Toda a gente precisa de ser ouvida?</w:t>
            </w:r>
          </w:p>
          <w:p w14:paraId="41FFBAE0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ouvimos quem fala pouco?</w:t>
            </w:r>
          </w:p>
        </w:tc>
      </w:tr>
    </w:tbl>
    <w:p w14:paraId="43D7CE2D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490D7933" w14:textId="77777777" w:rsidR="008B3CAC" w:rsidRDefault="00FD7B84">
      <w:r>
        <w:br w:type="page"/>
      </w:r>
    </w:p>
    <w:p w14:paraId="24EF861A" w14:textId="77777777" w:rsidR="008B3CAC" w:rsidRDefault="00FD7B84">
      <w:r>
        <w:rPr>
          <w:b/>
          <w:sz w:val="34"/>
        </w:rPr>
        <w:lastRenderedPageBreak/>
        <w:t>03  Debate Filosófico</w:t>
      </w:r>
    </w:p>
    <w:p w14:paraId="13F84E7E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37E7F058" w14:textId="77777777" w:rsidR="008B3CAC" w:rsidRDefault="00FD7B84">
      <w:r>
        <w:rPr>
          <w:b/>
          <w:color w:val="D26E2E"/>
          <w:sz w:val="18"/>
        </w:rPr>
        <w:t>CARTÕES DE FALA  •  distribuir livremente; ninguém tem de falar se não quiser.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  <w:gridCol w:w="92"/>
      </w:tblGrid>
      <w:tr w:rsidR="008B3CAC" w14:paraId="638421A3" w14:textId="77777777">
        <w:trPr>
          <w:trHeight w:val="1502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57FC3F20" w14:textId="77777777" w:rsidR="008B3CAC" w:rsidRDefault="00FD7B84">
            <w:r>
              <w:rPr>
                <w:b/>
                <w:sz w:val="22"/>
              </w:rPr>
              <w:t>EU PENSO QUE...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br/>
              <w:t>PORQUE...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030EA2B1" w14:textId="77777777" w:rsidR="008B3CAC" w:rsidRDefault="00FD7B84">
            <w:r>
              <w:rPr>
                <w:b/>
                <w:sz w:val="22"/>
              </w:rPr>
              <w:t>UM EXEMPLO É...</w:t>
            </w:r>
          </w:p>
        </w:tc>
      </w:tr>
      <w:tr w:rsidR="008B3CAC" w14:paraId="7DD2844B" w14:textId="77777777">
        <w:trPr>
          <w:trHeight w:val="1502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5F0B530A" w14:textId="77777777" w:rsidR="008B3CAC" w:rsidRDefault="00FD7B84">
            <w:r>
              <w:rPr>
                <w:b/>
                <w:sz w:val="22"/>
              </w:rPr>
              <w:t>PERCEBI O QUE DISSESTE.</w:t>
            </w:r>
            <w:r>
              <w:rPr>
                <w:b/>
                <w:sz w:val="22"/>
              </w:rPr>
              <w:br/>
              <w:t>QUERES DIZER QUE...?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507D9BE5" w14:textId="77777777" w:rsidR="008B3CAC" w:rsidRDefault="00FD7B84">
            <w:r>
              <w:rPr>
                <w:b/>
                <w:sz w:val="22"/>
              </w:rPr>
              <w:t>PENSO DE OUTRA MANEIRA.</w:t>
            </w:r>
            <w:r>
              <w:rPr>
                <w:b/>
                <w:sz w:val="22"/>
              </w:rPr>
              <w:br/>
              <w:t>PORQUE...</w:t>
            </w:r>
          </w:p>
        </w:tc>
      </w:tr>
      <w:tr w:rsidR="008B3CAC" w14:paraId="7311A967" w14:textId="77777777">
        <w:trPr>
          <w:trHeight w:val="1502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02A24DD" w14:textId="77777777" w:rsidR="008B3CAC" w:rsidRDefault="00FD7B84">
            <w:r>
              <w:rPr>
                <w:b/>
                <w:sz w:val="22"/>
              </w:rPr>
              <w:t>E SE ACONTECESSE...?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BD4F040" w14:textId="77777777" w:rsidR="008B3CAC" w:rsidRDefault="00FD7B84">
            <w:r>
              <w:rPr>
                <w:b/>
                <w:sz w:val="22"/>
              </w:rPr>
              <w:t>AINDA NÃO SEI.</w:t>
            </w:r>
            <w:r>
              <w:rPr>
                <w:b/>
                <w:sz w:val="22"/>
              </w:rPr>
              <w:br/>
              <w:t>PRECISO DE PENSAR.</w:t>
            </w:r>
          </w:p>
        </w:tc>
      </w:tr>
      <w:tr w:rsidR="008B3CAC" w14:paraId="236DFF6E" w14:textId="77777777">
        <w:trPr>
          <w:gridAfter w:val="1"/>
          <w:wAfter w:w="92" w:type="dxa"/>
          <w:trHeight w:val="1304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79CD2AD" w14:textId="77777777" w:rsidR="008B3CAC" w:rsidRDefault="00FD7B84">
            <w:r>
              <w:rPr>
                <w:b/>
                <w:color w:val="D26E2E"/>
                <w:sz w:val="18"/>
              </w:rPr>
              <w:t>RODA DE DEBATE</w:t>
            </w:r>
          </w:p>
          <w:p w14:paraId="264AECDF" w14:textId="77777777" w:rsidR="008B3CAC" w:rsidRDefault="00FD7B84">
            <w:r>
              <w:t>Pergunta: _____________________________   |   Uma razão que ouvi: _____________________________</w:t>
            </w:r>
          </w:p>
        </w:tc>
      </w:tr>
      <w:tr w:rsidR="008B3CAC" w14:paraId="25019C02" w14:textId="77777777">
        <w:trPr>
          <w:gridAfter w:val="1"/>
          <w:wAfter w:w="92" w:type="dxa"/>
          <w:trHeight w:val="1191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DECDF53" w14:textId="77777777" w:rsidR="008B3CAC" w:rsidRDefault="00FD7B84">
            <w:r>
              <w:rPr>
                <w:b/>
                <w:color w:val="D26E2E"/>
                <w:sz w:val="18"/>
              </w:rPr>
              <w:t>SÍNTESE SEM VENCEDORES</w:t>
            </w:r>
          </w:p>
          <w:p w14:paraId="13404E1E" w14:textId="77777777" w:rsidR="008B3CAC" w:rsidRDefault="00FD7B84">
            <w:r>
              <w:t>O que ficou por resolver? ________________________________________</w:t>
            </w:r>
            <w:r>
              <w:br/>
              <w:t>Que nova pergunta nasceu? ________________________________________</w:t>
            </w:r>
          </w:p>
        </w:tc>
      </w:tr>
    </w:tbl>
    <w:p w14:paraId="49CABAAA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0167DF9B" w14:textId="77777777" w:rsidR="008B3CAC" w:rsidRDefault="00FD7B84">
      <w:r>
        <w:br w:type="page"/>
      </w:r>
    </w:p>
    <w:p w14:paraId="08F9FA9B" w14:textId="77777777" w:rsidR="008B3CAC" w:rsidRDefault="00FD7B84">
      <w:r>
        <w:rPr>
          <w:b/>
          <w:sz w:val="34"/>
        </w:rPr>
        <w:lastRenderedPageBreak/>
        <w:t>04  Jogo das Definições</w:t>
      </w:r>
    </w:p>
    <w:p w14:paraId="790FAFBF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69D63ADE" w14:textId="77777777" w:rsidR="008B3CAC" w:rsidRDefault="00FD7B84">
      <w:r>
        <w:rPr>
          <w:sz w:val="18"/>
        </w:rPr>
        <w:t>Escolher uma palavra, propor uma definição, testá-la com exemplos e melhorá-la.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006D70E0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A9D3E46" w14:textId="77777777" w:rsidR="008B3CAC" w:rsidRDefault="00FD7B84">
            <w:r>
              <w:rPr>
                <w:b/>
                <w:color w:val="D26E2E"/>
                <w:sz w:val="16"/>
              </w:rPr>
              <w:t>PALAVRA 1</w:t>
            </w:r>
          </w:p>
          <w:p w14:paraId="5D6AE549" w14:textId="77777777" w:rsidR="008B3CAC" w:rsidRDefault="00FD7B84">
            <w:r>
              <w:rPr>
                <w:b/>
                <w:sz w:val="24"/>
              </w:rPr>
              <w:t>AMIGO</w:t>
            </w:r>
          </w:p>
          <w:p w14:paraId="68EB03E6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Uma pessoa longe pode ser amiga?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B017B5A" w14:textId="77777777" w:rsidR="008B3CAC" w:rsidRDefault="00FD7B84">
            <w:r>
              <w:rPr>
                <w:b/>
                <w:color w:val="285C85"/>
                <w:sz w:val="16"/>
              </w:rPr>
              <w:t>PALAVRA 2</w:t>
            </w:r>
          </w:p>
          <w:p w14:paraId="22E5FBA5" w14:textId="77777777" w:rsidR="008B3CAC" w:rsidRDefault="00FD7B84">
            <w:r>
              <w:rPr>
                <w:b/>
                <w:sz w:val="24"/>
              </w:rPr>
              <w:t>CORAGEM</w:t>
            </w:r>
          </w:p>
          <w:p w14:paraId="6BF3BB8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Ter coragem é nunca ter medo?</w:t>
            </w:r>
          </w:p>
        </w:tc>
      </w:tr>
      <w:tr w:rsidR="008B3CAC" w14:paraId="75A863A6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1900497" w14:textId="77777777" w:rsidR="008B3CAC" w:rsidRDefault="00FD7B84">
            <w:r>
              <w:rPr>
                <w:b/>
                <w:color w:val="D26E2E"/>
                <w:sz w:val="16"/>
              </w:rPr>
              <w:t>PALAVRA 3</w:t>
            </w:r>
          </w:p>
          <w:p w14:paraId="0D0CC5B7" w14:textId="77777777" w:rsidR="008B3CAC" w:rsidRDefault="00FD7B84">
            <w:r>
              <w:rPr>
                <w:b/>
                <w:sz w:val="24"/>
              </w:rPr>
              <w:t>JUSTIÇA</w:t>
            </w:r>
          </w:p>
          <w:p w14:paraId="3E09A69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sempre dar o mesmo a todos?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3484399" w14:textId="77777777" w:rsidR="008B3CAC" w:rsidRDefault="00FD7B84">
            <w:r>
              <w:rPr>
                <w:b/>
                <w:color w:val="285C85"/>
                <w:sz w:val="16"/>
              </w:rPr>
              <w:t>PALAVRA 4</w:t>
            </w:r>
          </w:p>
          <w:p w14:paraId="5655F80F" w14:textId="77777777" w:rsidR="008B3CAC" w:rsidRDefault="00FD7B84">
            <w:r>
              <w:rPr>
                <w:b/>
                <w:sz w:val="24"/>
              </w:rPr>
              <w:t>LIBERDADE</w:t>
            </w:r>
          </w:p>
          <w:p w14:paraId="3B1A291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Escolher tem sempre limites?</w:t>
            </w:r>
          </w:p>
        </w:tc>
      </w:tr>
      <w:tr w:rsidR="008B3CAC" w14:paraId="6C465BFF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803CBE4" w14:textId="77777777" w:rsidR="008B3CAC" w:rsidRDefault="00FD7B84">
            <w:r>
              <w:rPr>
                <w:b/>
                <w:color w:val="D26E2E"/>
                <w:sz w:val="16"/>
              </w:rPr>
              <w:t>PALAVRA 5</w:t>
            </w:r>
          </w:p>
          <w:p w14:paraId="24B1DBF2" w14:textId="77777777" w:rsidR="008B3CAC" w:rsidRDefault="00FD7B84">
            <w:r>
              <w:rPr>
                <w:b/>
                <w:sz w:val="24"/>
              </w:rPr>
              <w:t>VERDADE</w:t>
            </w:r>
          </w:p>
          <w:p w14:paraId="564F9EE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Uma história inventada diz alguma verdade?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78F71B6" w14:textId="77777777" w:rsidR="008B3CAC" w:rsidRDefault="00FD7B84">
            <w:r>
              <w:rPr>
                <w:b/>
                <w:color w:val="285C85"/>
                <w:sz w:val="16"/>
              </w:rPr>
              <w:t>PALAVRA 6</w:t>
            </w:r>
          </w:p>
          <w:p w14:paraId="650A27A2" w14:textId="77777777" w:rsidR="008B3CAC" w:rsidRDefault="00FD7B84">
            <w:r>
              <w:rPr>
                <w:b/>
                <w:sz w:val="24"/>
              </w:rPr>
              <w:t>RESPEITO</w:t>
            </w:r>
          </w:p>
          <w:p w14:paraId="519F6DD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Respeitar é concordar com tudo?</w:t>
            </w:r>
          </w:p>
        </w:tc>
      </w:tr>
      <w:tr w:rsidR="008B3CAC" w14:paraId="187F4D76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624445FD" w14:textId="77777777" w:rsidR="008B3CAC" w:rsidRDefault="00FD7B84">
            <w:r>
              <w:rPr>
                <w:b/>
                <w:color w:val="D26E2E"/>
                <w:sz w:val="16"/>
              </w:rPr>
              <w:t>PALAVRA 7</w:t>
            </w:r>
          </w:p>
          <w:p w14:paraId="703DDA97" w14:textId="77777777" w:rsidR="008B3CAC" w:rsidRDefault="00FD7B84">
            <w:r>
              <w:rPr>
                <w:b/>
                <w:sz w:val="24"/>
              </w:rPr>
              <w:t>FELICIDADE</w:t>
            </w:r>
          </w:p>
          <w:p w14:paraId="0FF7D156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Estar feliz é estar sempre contente?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1269B19" w14:textId="77777777" w:rsidR="008B3CAC" w:rsidRDefault="00FD7B84">
            <w:r>
              <w:rPr>
                <w:b/>
                <w:color w:val="285C85"/>
                <w:sz w:val="16"/>
              </w:rPr>
              <w:t>PALAVRA 8</w:t>
            </w:r>
          </w:p>
          <w:p w14:paraId="3118D32B" w14:textId="77777777" w:rsidR="008B3CAC" w:rsidRDefault="00FD7B84">
            <w:r>
              <w:rPr>
                <w:b/>
                <w:sz w:val="24"/>
              </w:rPr>
              <w:t>BRINCAR</w:t>
            </w:r>
          </w:p>
          <w:p w14:paraId="2069DE3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Brincar precisa de brinquedos?</w:t>
            </w:r>
          </w:p>
        </w:tc>
      </w:tr>
    </w:tbl>
    <w:p w14:paraId="66CB5B0B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22709129" w14:textId="77777777" w:rsidR="008B3CAC" w:rsidRDefault="00FD7B84">
      <w:r>
        <w:br w:type="page"/>
      </w:r>
    </w:p>
    <w:p w14:paraId="537D9567" w14:textId="77777777" w:rsidR="008B3CAC" w:rsidRDefault="00FD7B84">
      <w:r>
        <w:rPr>
          <w:b/>
          <w:sz w:val="34"/>
        </w:rPr>
        <w:lastRenderedPageBreak/>
        <w:t>04  Jogo das Definições</w:t>
      </w:r>
    </w:p>
    <w:p w14:paraId="13D98383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184B7339" w14:textId="77777777">
        <w:trPr>
          <w:trHeight w:val="90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A96EC11" w14:textId="77777777" w:rsidR="008B3CAC" w:rsidRDefault="00FD7B84">
            <w:r>
              <w:rPr>
                <w:b/>
                <w:color w:val="D26E2E"/>
                <w:sz w:val="18"/>
              </w:rPr>
              <w:t>PALAVRA ESCOLHIDA</w:t>
            </w:r>
          </w:p>
          <w:p w14:paraId="2AEB19D9" w14:textId="77777777" w:rsidR="008B3CAC" w:rsidRDefault="00FD7B84">
            <w:r>
              <w:t>___________________________________________________________</w:t>
            </w:r>
          </w:p>
        </w:tc>
      </w:tr>
      <w:tr w:rsidR="008B3CAC" w14:paraId="14FEFCBF" w14:textId="77777777">
        <w:trPr>
          <w:trHeight w:val="158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1901FEF" w14:textId="77777777" w:rsidR="008B3CAC" w:rsidRDefault="00FD7B84">
            <w:r>
              <w:rPr>
                <w:b/>
                <w:color w:val="D26E2E"/>
                <w:sz w:val="18"/>
              </w:rPr>
              <w:t>1  PRIMEIRA DEFINIÇÃO</w:t>
            </w:r>
          </w:p>
          <w:p w14:paraId="3125DF94" w14:textId="77777777" w:rsidR="008B3CAC" w:rsidRDefault="00FD7B84">
            <w:r>
              <w:t>Para nós, significa...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  <w:tr w:rsidR="008B3CAC" w14:paraId="1F0C931E" w14:textId="77777777">
        <w:trPr>
          <w:trHeight w:val="164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532E5E9" w14:textId="77777777" w:rsidR="008B3CAC" w:rsidRDefault="00FD7B84">
            <w:r>
              <w:rPr>
                <w:b/>
                <w:color w:val="D26E2E"/>
                <w:sz w:val="18"/>
              </w:rPr>
              <w:t>2  TESTE DA DEFINIÇÃO</w:t>
            </w:r>
          </w:p>
          <w:p w14:paraId="5CAAC9CD" w14:textId="77777777" w:rsidR="008B3CAC" w:rsidRDefault="00FD7B84">
            <w:r>
              <w:t>Um exemplo que parece encaixar: _______________________________</w:t>
            </w:r>
            <w:r>
              <w:br/>
              <w:t>Um caso que nos faz duvidar: ___________________________________</w:t>
            </w:r>
          </w:p>
        </w:tc>
      </w:tr>
      <w:tr w:rsidR="008B3CAC" w14:paraId="05E124D0" w14:textId="77777777">
        <w:trPr>
          <w:trHeight w:val="164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074B0FA" w14:textId="77777777" w:rsidR="008B3CAC" w:rsidRDefault="00FD7B84">
            <w:r>
              <w:rPr>
                <w:b/>
                <w:color w:val="D26E2E"/>
                <w:sz w:val="18"/>
              </w:rPr>
              <w:t>3  DEFINIÇÃO MELHORADA</w:t>
            </w:r>
          </w:p>
          <w:p w14:paraId="57B640CF" w14:textId="77777777" w:rsidR="008B3CAC" w:rsidRDefault="00FD7B84">
            <w:r>
              <w:t>Agora pensamos que...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  <w:tr w:rsidR="008B3CAC" w14:paraId="5F04C668" w14:textId="77777777">
        <w:trPr>
          <w:trHeight w:val="1020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94DEA59" w14:textId="77777777" w:rsidR="008B3CAC" w:rsidRDefault="00FD7B84">
            <w:r>
              <w:rPr>
                <w:b/>
                <w:color w:val="D26E2E"/>
                <w:sz w:val="18"/>
              </w:rPr>
              <w:t>4  PERGUNTA QUE AINDA TEMOS</w:t>
            </w:r>
          </w:p>
          <w:p w14:paraId="2D24274F" w14:textId="77777777" w:rsidR="008B3CAC" w:rsidRDefault="00FD7B84">
            <w:r>
              <w:t>____________________________________________________________________</w:t>
            </w:r>
          </w:p>
        </w:tc>
      </w:tr>
    </w:tbl>
    <w:p w14:paraId="553C7346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Pré-escolar: o adulto escreve as palavras ditadas pelas crianças; uma imagem ou um desenho podem representar o exemplo.</w:t>
      </w:r>
    </w:p>
    <w:p w14:paraId="0B1F2910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4576FC1E" w14:textId="77777777" w:rsidR="008B3CAC" w:rsidRDefault="00FD7B84">
      <w:r>
        <w:br w:type="page"/>
      </w:r>
    </w:p>
    <w:p w14:paraId="00B2D24F" w14:textId="77777777" w:rsidR="008B3CAC" w:rsidRDefault="00FD7B84">
      <w:r>
        <w:rPr>
          <w:b/>
          <w:sz w:val="34"/>
        </w:rPr>
        <w:lastRenderedPageBreak/>
        <w:t>05  Categorias Filosóficas</w:t>
      </w:r>
    </w:p>
    <w:p w14:paraId="673AD825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5782ED2A" w14:textId="77777777" w:rsidR="008B3CAC" w:rsidRDefault="00FD7B84">
      <w:r>
        <w:rPr>
          <w:sz w:val="18"/>
        </w:rPr>
        <w:t>Ler a pergunta e colocá-la num tema; aceitar várias categorias com justificação.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51A3E7D8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4D154E0" w14:textId="77777777" w:rsidR="008B3CAC" w:rsidRDefault="00FD7B84">
            <w:r>
              <w:rPr>
                <w:b/>
                <w:color w:val="D26E2E"/>
                <w:sz w:val="16"/>
              </w:rPr>
              <w:t>QUEM SOMOS?</w:t>
            </w:r>
          </w:p>
          <w:p w14:paraId="7DB1EF6F" w14:textId="77777777" w:rsidR="008B3CAC" w:rsidRDefault="00FD7B84">
            <w:r>
              <w:rPr>
                <w:b/>
                <w:sz w:val="24"/>
              </w:rPr>
              <w:t>Posso mudar e continuar a ser eu?</w:t>
            </w:r>
          </w:p>
          <w:p w14:paraId="2E3B824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muda e o que fica?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C0137CE" w14:textId="77777777" w:rsidR="008B3CAC" w:rsidRDefault="00FD7B84">
            <w:r>
              <w:rPr>
                <w:b/>
                <w:color w:val="285C85"/>
                <w:sz w:val="16"/>
              </w:rPr>
              <w:t>COMO SABEMOS?</w:t>
            </w:r>
          </w:p>
          <w:p w14:paraId="15C6B028" w14:textId="77777777" w:rsidR="008B3CAC" w:rsidRDefault="00FD7B84">
            <w:r>
              <w:rPr>
                <w:b/>
                <w:sz w:val="24"/>
              </w:rPr>
              <w:t>Como sei que a caixa está vazia?</w:t>
            </w:r>
          </w:p>
          <w:p w14:paraId="0260AB9A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posso observar?</w:t>
            </w:r>
          </w:p>
        </w:tc>
      </w:tr>
      <w:tr w:rsidR="008B3CAC" w14:paraId="07497A16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8022C74" w14:textId="77777777" w:rsidR="008B3CAC" w:rsidRDefault="00FD7B84">
            <w:r>
              <w:rPr>
                <w:b/>
                <w:color w:val="D26E2E"/>
                <w:sz w:val="16"/>
              </w:rPr>
              <w:t>COMO AGIR?</w:t>
            </w:r>
          </w:p>
          <w:p w14:paraId="26702699" w14:textId="77777777" w:rsidR="008B3CAC" w:rsidRDefault="00FD7B84">
            <w:r>
              <w:rPr>
                <w:b/>
                <w:sz w:val="24"/>
              </w:rPr>
              <w:t>É justo partilhar sempre por igual?</w:t>
            </w:r>
          </w:p>
          <w:p w14:paraId="378587DC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E quando alguém precisa de mais?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8B9D951" w14:textId="77777777" w:rsidR="008B3CAC" w:rsidRDefault="00FD7B84">
            <w:r>
              <w:rPr>
                <w:b/>
                <w:color w:val="285C85"/>
                <w:sz w:val="16"/>
              </w:rPr>
              <w:t>O QUE É BELO?</w:t>
            </w:r>
          </w:p>
          <w:p w14:paraId="2CD2BC76" w14:textId="77777777" w:rsidR="008B3CAC" w:rsidRDefault="00FD7B84">
            <w:r>
              <w:rPr>
                <w:b/>
                <w:sz w:val="24"/>
              </w:rPr>
              <w:t>Porque gostamos de desenhos diferentes?</w:t>
            </w:r>
          </w:p>
          <w:p w14:paraId="2B94D20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Gostar e ser belo são o mesmo?</w:t>
            </w:r>
          </w:p>
        </w:tc>
      </w:tr>
      <w:tr w:rsidR="008B3CAC" w14:paraId="5AF9F188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8DD4BED" w14:textId="77777777" w:rsidR="008B3CAC" w:rsidRDefault="00FD7B84">
            <w:r>
              <w:rPr>
                <w:b/>
                <w:color w:val="D26E2E"/>
                <w:sz w:val="16"/>
              </w:rPr>
              <w:t>QUEM SOMOS?</w:t>
            </w:r>
          </w:p>
          <w:p w14:paraId="4CB683D6" w14:textId="77777777" w:rsidR="008B3CAC" w:rsidRDefault="00FD7B84">
            <w:r>
              <w:rPr>
                <w:b/>
                <w:sz w:val="24"/>
              </w:rPr>
              <w:t>O que faz alguém ser um amigo?</w:t>
            </w:r>
          </w:p>
          <w:p w14:paraId="10EC8030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Basta dizer «sou teu amigo»?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BFE63F0" w14:textId="77777777" w:rsidR="008B3CAC" w:rsidRDefault="00FD7B84">
            <w:r>
              <w:rPr>
                <w:b/>
                <w:color w:val="285C85"/>
                <w:sz w:val="16"/>
              </w:rPr>
              <w:t>COMO SABEMOS?</w:t>
            </w:r>
          </w:p>
          <w:p w14:paraId="494CD85C" w14:textId="77777777" w:rsidR="008B3CAC" w:rsidRDefault="00FD7B84">
            <w:r>
              <w:rPr>
                <w:b/>
                <w:sz w:val="24"/>
              </w:rPr>
              <w:t>Posso acreditar numa coisa errada?</w:t>
            </w:r>
          </w:p>
          <w:p w14:paraId="24152A06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me faria mudar de ideia?</w:t>
            </w:r>
          </w:p>
        </w:tc>
      </w:tr>
      <w:tr w:rsidR="008B3CAC" w14:paraId="335FB1A0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1B3E7F1" w14:textId="77777777" w:rsidR="008B3CAC" w:rsidRDefault="00FD7B84">
            <w:r>
              <w:rPr>
                <w:b/>
                <w:color w:val="D26E2E"/>
                <w:sz w:val="16"/>
              </w:rPr>
              <w:t>COMO AGIR?</w:t>
            </w:r>
          </w:p>
          <w:p w14:paraId="2DD5D3DB" w14:textId="77777777" w:rsidR="008B3CAC" w:rsidRDefault="00FD7B84">
            <w:r>
              <w:rPr>
                <w:b/>
                <w:sz w:val="24"/>
              </w:rPr>
              <w:t>Uma regra pode ser injusta?</w:t>
            </w:r>
          </w:p>
          <w:p w14:paraId="7F2D4116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a poderíamos melhorar?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626E29B" w14:textId="77777777" w:rsidR="008B3CAC" w:rsidRDefault="00FD7B84">
            <w:r>
              <w:rPr>
                <w:b/>
                <w:color w:val="285C85"/>
                <w:sz w:val="16"/>
              </w:rPr>
              <w:t>O QUE É BELO?</w:t>
            </w:r>
          </w:p>
          <w:p w14:paraId="1CD0004B" w14:textId="77777777" w:rsidR="008B3CAC" w:rsidRDefault="00FD7B84">
            <w:r>
              <w:rPr>
                <w:b/>
                <w:sz w:val="24"/>
              </w:rPr>
              <w:t>Uma música triste pode ser bonita?</w:t>
            </w:r>
          </w:p>
          <w:p w14:paraId="72A8089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Porquê?</w:t>
            </w:r>
          </w:p>
        </w:tc>
      </w:tr>
    </w:tbl>
    <w:p w14:paraId="792E1652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781B47C3" w14:textId="77777777" w:rsidR="008B3CAC" w:rsidRDefault="00FD7B84">
      <w:r>
        <w:br w:type="page"/>
      </w:r>
    </w:p>
    <w:p w14:paraId="499D0D55" w14:textId="77777777" w:rsidR="008B3CAC" w:rsidRDefault="00FD7B84">
      <w:r>
        <w:rPr>
          <w:b/>
          <w:sz w:val="34"/>
        </w:rPr>
        <w:lastRenderedPageBreak/>
        <w:t>05  Categorias Filosóficas</w:t>
      </w:r>
    </w:p>
    <w:p w14:paraId="29155BB5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336C02D3" w14:textId="77777777" w:rsidR="008B3CAC" w:rsidRDefault="00FD7B84">
      <w:r>
        <w:rPr>
          <w:b/>
          <w:color w:val="D26E2E"/>
          <w:sz w:val="18"/>
        </w:rPr>
        <w:t>TAPETES DE CATEGORIAS  •  recortar e pousar no chão ou usar numa mesa.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  <w:gridCol w:w="92"/>
      </w:tblGrid>
      <w:tr w:rsidR="008B3CAC" w14:paraId="755406F4" w14:textId="77777777">
        <w:trPr>
          <w:trHeight w:val="1928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51B52AD9" w14:textId="77777777" w:rsidR="008B3CAC" w:rsidRDefault="00FD7B84">
            <w:r>
              <w:rPr>
                <w:b/>
                <w:sz w:val="22"/>
              </w:rPr>
              <w:t>EU / IDENTIDADE</w:t>
            </w:r>
            <w:r>
              <w:rPr>
                <w:b/>
                <w:sz w:val="22"/>
              </w:rPr>
              <w:br/>
              <w:t>Quem somos?</w:t>
            </w:r>
            <w:r>
              <w:rPr>
                <w:b/>
                <w:sz w:val="22"/>
              </w:rPr>
              <w:br/>
              <w:t>Quem sou eu?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2E39AAA3" w14:textId="77777777" w:rsidR="008B3CAC" w:rsidRDefault="00FD7B84">
            <w:r>
              <w:rPr>
                <w:b/>
                <w:sz w:val="22"/>
              </w:rPr>
              <w:t>SABER / VERDADE</w:t>
            </w:r>
            <w:r>
              <w:rPr>
                <w:b/>
                <w:sz w:val="22"/>
              </w:rPr>
              <w:br/>
              <w:t>Como sabemos?</w:t>
            </w:r>
            <w:r>
              <w:rPr>
                <w:b/>
                <w:sz w:val="22"/>
              </w:rPr>
              <w:br/>
              <w:t>O que nos faz duvidar?</w:t>
            </w:r>
          </w:p>
        </w:tc>
      </w:tr>
      <w:tr w:rsidR="008B3CAC" w14:paraId="0A1B52F1" w14:textId="77777777">
        <w:trPr>
          <w:trHeight w:val="1928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39BB361" w14:textId="77777777" w:rsidR="008B3CAC" w:rsidRDefault="00FD7B84">
            <w:r>
              <w:rPr>
                <w:b/>
                <w:sz w:val="22"/>
              </w:rPr>
              <w:t>AGIR / VALORES</w:t>
            </w:r>
            <w:r>
              <w:rPr>
                <w:b/>
                <w:sz w:val="22"/>
              </w:rPr>
              <w:br/>
              <w:t>O que devemos fazer?</w:t>
            </w:r>
            <w:r>
              <w:rPr>
                <w:b/>
                <w:sz w:val="22"/>
              </w:rPr>
              <w:br/>
              <w:t>O que é justo?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773D6A13" w14:textId="77777777" w:rsidR="008B3CAC" w:rsidRDefault="00FD7B84">
            <w:r>
              <w:rPr>
                <w:b/>
                <w:sz w:val="22"/>
              </w:rPr>
              <w:t>BELEZA / GOSTO</w:t>
            </w:r>
            <w:r>
              <w:rPr>
                <w:b/>
                <w:sz w:val="22"/>
              </w:rPr>
              <w:br/>
              <w:t>O que é belo?</w:t>
            </w:r>
            <w:r>
              <w:rPr>
                <w:b/>
                <w:sz w:val="22"/>
              </w:rPr>
              <w:br/>
              <w:t>Podemos gostar de coisas diferentes?</w:t>
            </w:r>
          </w:p>
        </w:tc>
      </w:tr>
      <w:tr w:rsidR="008B3CAC" w14:paraId="3832C8CF" w14:textId="77777777">
        <w:trPr>
          <w:gridAfter w:val="1"/>
          <w:wAfter w:w="92" w:type="dxa"/>
          <w:trHeight w:val="2268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5499ABA" w14:textId="77777777" w:rsidR="008B3CAC" w:rsidRDefault="00FD7B84">
            <w:r>
              <w:rPr>
                <w:b/>
                <w:color w:val="D26E2E"/>
                <w:sz w:val="18"/>
              </w:rPr>
              <w:t>UM CARTÃO EM DUAS CATEGORIAS</w:t>
            </w:r>
          </w:p>
          <w:p w14:paraId="03C1ADBC" w14:textId="77777777" w:rsidR="008B3CAC" w:rsidRDefault="00FD7B84">
            <w:r>
              <w:t>Pergunta escolhida: ______________________________________________</w:t>
            </w:r>
            <w:r>
              <w:br/>
              <w:t>Colocámos em ___________ porque ___________</w:t>
            </w:r>
            <w:r>
              <w:br/>
            </w:r>
            <w:r>
              <w:t>Também pode ficar em ___________ porque ___________</w:t>
            </w:r>
          </w:p>
        </w:tc>
      </w:tr>
      <w:tr w:rsidR="008B3CAC" w14:paraId="648292DC" w14:textId="77777777">
        <w:trPr>
          <w:gridAfter w:val="1"/>
          <w:wAfter w:w="92" w:type="dxa"/>
          <w:trHeight w:val="1361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F4E79EE" w14:textId="77777777" w:rsidR="008B3CAC" w:rsidRDefault="00FD7B84">
            <w:r>
              <w:rPr>
                <w:b/>
                <w:color w:val="D26E2E"/>
                <w:sz w:val="18"/>
              </w:rPr>
              <w:t>INVENTAR UMA PERGUNTA</w:t>
            </w:r>
          </w:p>
          <w:p w14:paraId="50A852F0" w14:textId="77777777" w:rsidR="008B3CAC" w:rsidRDefault="00FD7B84">
            <w:r>
              <w:t>Na categoria ___________, queremos perguntar...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</w:tbl>
    <w:p w14:paraId="0048DB51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06125A4B" w14:textId="77777777" w:rsidR="008B3CAC" w:rsidRDefault="00FD7B84">
      <w:r>
        <w:br w:type="page"/>
      </w:r>
    </w:p>
    <w:p w14:paraId="091E94A4" w14:textId="77777777" w:rsidR="008B3CAC" w:rsidRDefault="00FD7B84">
      <w:r>
        <w:rPr>
          <w:b/>
          <w:sz w:val="34"/>
        </w:rPr>
        <w:lastRenderedPageBreak/>
        <w:t>06  Árvore Filosófica</w:t>
      </w:r>
    </w:p>
    <w:p w14:paraId="75390B90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287D7EE0" w14:textId="77777777" w:rsidR="008B3CAC" w:rsidRDefault="00FD7B84">
      <w:r>
        <w:rPr>
          <w:sz w:val="18"/>
        </w:rPr>
        <w:t>Escolher um tronco/tema, colocar folhas e dizer que relação cada ideia tem com a pergunta.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657B9EED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179144A" w14:textId="77777777" w:rsidR="008B3CAC" w:rsidRDefault="00FD7B84">
            <w:r>
              <w:rPr>
                <w:b/>
                <w:color w:val="D26E2E"/>
                <w:sz w:val="16"/>
              </w:rPr>
              <w:t>FOLHA DE IDEIA</w:t>
            </w:r>
          </w:p>
          <w:p w14:paraId="4D0C4E92" w14:textId="77777777" w:rsidR="008B3CAC" w:rsidRDefault="00FD7B84">
            <w:r>
              <w:rPr>
                <w:b/>
                <w:sz w:val="24"/>
              </w:rPr>
              <w:t>AJUDAR</w:t>
            </w:r>
          </w:p>
          <w:p w14:paraId="6C2F2242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Ajudar faz sempre parte da amizade?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67423B68" w14:textId="77777777" w:rsidR="008B3CAC" w:rsidRDefault="00FD7B84">
            <w:r>
              <w:rPr>
                <w:b/>
                <w:color w:val="285C85"/>
                <w:sz w:val="16"/>
              </w:rPr>
              <w:t>FOLHA DE IDEIA</w:t>
            </w:r>
          </w:p>
          <w:p w14:paraId="72EDE151" w14:textId="77777777" w:rsidR="008B3CAC" w:rsidRDefault="00FD7B84">
            <w:r>
              <w:rPr>
                <w:b/>
                <w:sz w:val="24"/>
              </w:rPr>
              <w:t>OUVIR</w:t>
            </w:r>
          </w:p>
          <w:p w14:paraId="2AE9C6C8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Podemos ser amigos sem nos ouvirmos?</w:t>
            </w:r>
          </w:p>
        </w:tc>
      </w:tr>
      <w:tr w:rsidR="008B3CAC" w14:paraId="188F8B47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28CD3BF" w14:textId="77777777" w:rsidR="008B3CAC" w:rsidRDefault="00FD7B84">
            <w:r>
              <w:rPr>
                <w:b/>
                <w:color w:val="D26E2E"/>
                <w:sz w:val="16"/>
              </w:rPr>
              <w:t>FOLHA DE IDEIA</w:t>
            </w:r>
          </w:p>
          <w:p w14:paraId="7FA42491" w14:textId="77777777" w:rsidR="008B3CAC" w:rsidRDefault="00FD7B84">
            <w:r>
              <w:rPr>
                <w:b/>
                <w:sz w:val="24"/>
              </w:rPr>
              <w:t>BRINCAR</w:t>
            </w:r>
          </w:p>
          <w:p w14:paraId="571BDB3D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preciso brincar juntos?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62B6AA12" w14:textId="77777777" w:rsidR="008B3CAC" w:rsidRDefault="00FD7B84">
            <w:r>
              <w:rPr>
                <w:b/>
                <w:color w:val="285C85"/>
                <w:sz w:val="16"/>
              </w:rPr>
              <w:t>FOLHA DE IDEIA</w:t>
            </w:r>
          </w:p>
          <w:p w14:paraId="14A7587F" w14:textId="77777777" w:rsidR="008B3CAC" w:rsidRDefault="00FD7B84">
            <w:r>
              <w:rPr>
                <w:b/>
                <w:sz w:val="24"/>
              </w:rPr>
              <w:t>DISCORDAR</w:t>
            </w:r>
          </w:p>
          <w:p w14:paraId="72FABF7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Amigos podem pensar de modo diferente?</w:t>
            </w:r>
          </w:p>
        </w:tc>
      </w:tr>
      <w:tr w:rsidR="008B3CAC" w14:paraId="432D065F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5DED6DE" w14:textId="77777777" w:rsidR="008B3CAC" w:rsidRDefault="00FD7B84">
            <w:r>
              <w:rPr>
                <w:b/>
                <w:color w:val="D26E2E"/>
                <w:sz w:val="16"/>
              </w:rPr>
              <w:t>FOLHA DE IDEIA</w:t>
            </w:r>
          </w:p>
          <w:p w14:paraId="60E5E5B4" w14:textId="77777777" w:rsidR="008B3CAC" w:rsidRDefault="00FD7B84">
            <w:r>
              <w:rPr>
                <w:b/>
                <w:sz w:val="24"/>
              </w:rPr>
              <w:t>PARTILHAR</w:t>
            </w:r>
          </w:p>
          <w:p w14:paraId="6EAA092C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Partilhar tudo é necessário?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C2ED493" w14:textId="77777777" w:rsidR="008B3CAC" w:rsidRDefault="00FD7B84">
            <w:r>
              <w:rPr>
                <w:b/>
                <w:color w:val="285C85"/>
                <w:sz w:val="16"/>
              </w:rPr>
              <w:t>FOLHA DE IDEIA</w:t>
            </w:r>
          </w:p>
          <w:p w14:paraId="7B9DBAFA" w14:textId="77777777" w:rsidR="008B3CAC" w:rsidRDefault="00FD7B84">
            <w:r>
              <w:rPr>
                <w:b/>
                <w:sz w:val="24"/>
              </w:rPr>
              <w:t>CONFIAR</w:t>
            </w:r>
          </w:p>
          <w:p w14:paraId="6D1B1622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nasce a confiança?</w:t>
            </w:r>
          </w:p>
        </w:tc>
      </w:tr>
      <w:tr w:rsidR="008B3CAC" w14:paraId="74C00218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15A3345" w14:textId="77777777" w:rsidR="008B3CAC" w:rsidRDefault="00FD7B84">
            <w:r>
              <w:rPr>
                <w:b/>
                <w:color w:val="D26E2E"/>
                <w:sz w:val="16"/>
              </w:rPr>
              <w:t>FOLHA DE IDEIA</w:t>
            </w:r>
          </w:p>
          <w:p w14:paraId="6C6D9FDA" w14:textId="77777777" w:rsidR="008B3CAC" w:rsidRDefault="00FD7B84">
            <w:r>
              <w:rPr>
                <w:b/>
                <w:sz w:val="24"/>
              </w:rPr>
              <w:t>RESPEITAR</w:t>
            </w:r>
          </w:p>
          <w:p w14:paraId="449A5A77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respeito precisa de acordo?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08D7333" w14:textId="77777777" w:rsidR="008B3CAC" w:rsidRDefault="00FD7B84">
            <w:r>
              <w:rPr>
                <w:b/>
                <w:color w:val="285C85"/>
                <w:sz w:val="16"/>
              </w:rPr>
              <w:t>FOLHA DE IDEIA</w:t>
            </w:r>
          </w:p>
          <w:p w14:paraId="7D8961E9" w14:textId="77777777" w:rsidR="008B3CAC" w:rsidRDefault="00FD7B84">
            <w:r>
              <w:rPr>
                <w:b/>
                <w:sz w:val="24"/>
              </w:rPr>
              <w:t>PERDOAR</w:t>
            </w:r>
          </w:p>
          <w:p w14:paraId="1A7E278D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possível continuar amigo após uma discussão?</w:t>
            </w:r>
          </w:p>
        </w:tc>
      </w:tr>
    </w:tbl>
    <w:p w14:paraId="051D4391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4EB5B411" w14:textId="77777777" w:rsidR="008B3CAC" w:rsidRDefault="00FD7B84">
      <w:r>
        <w:br w:type="page"/>
      </w:r>
    </w:p>
    <w:p w14:paraId="2BC9D854" w14:textId="77777777" w:rsidR="008B3CAC" w:rsidRDefault="00FD7B84">
      <w:r>
        <w:rPr>
          <w:b/>
          <w:sz w:val="34"/>
        </w:rPr>
        <w:lastRenderedPageBreak/>
        <w:t>06  Árvore Filosófica</w:t>
      </w:r>
    </w:p>
    <w:p w14:paraId="797CD46C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44EE1F22" w14:textId="77777777" w:rsidR="008B3CAC" w:rsidRDefault="00FD7B84">
      <w:r>
        <w:rPr>
          <w:b/>
          <w:color w:val="D26E2E"/>
          <w:sz w:val="18"/>
        </w:rPr>
        <w:t>MODELO DE ÁRVORE  •  colocar no centro da mesa ou reproduzir em papel A3.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8B3CAC" w14:paraId="1F9069F4" w14:textId="77777777">
        <w:trPr>
          <w:trHeight w:val="1956"/>
        </w:trPr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7E2D2467" w14:textId="77777777" w:rsidR="008B3CAC" w:rsidRDefault="00FD7B84">
            <w:r>
              <w:rPr>
                <w:b/>
                <w:color w:val="D26E2E"/>
                <w:sz w:val="18"/>
              </w:rPr>
              <w:t>FOLHA / IDEIA</w:t>
            </w:r>
          </w:p>
          <w:p w14:paraId="24DA8772" w14:textId="77777777" w:rsidR="008B3CAC" w:rsidRDefault="00FD7B84">
            <w:r>
              <w:rPr>
                <w:sz w:val="18"/>
              </w:rPr>
              <w:t>O que tem a ver com o tema?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E8AD5FC" w14:textId="77777777" w:rsidR="008B3CAC" w:rsidRDefault="00FD7B84">
            <w:r>
              <w:rPr>
                <w:b/>
                <w:color w:val="D26E2E"/>
                <w:sz w:val="18"/>
              </w:rPr>
              <w:t>FOLHA / IDEIA</w:t>
            </w:r>
          </w:p>
          <w:p w14:paraId="5F401FE1" w14:textId="77777777" w:rsidR="008B3CAC" w:rsidRDefault="00FD7B84">
            <w:r>
              <w:rPr>
                <w:sz w:val="18"/>
              </w:rPr>
              <w:t>O que tem a ver com o tema?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A13D3FB" w14:textId="77777777" w:rsidR="008B3CAC" w:rsidRDefault="00FD7B84">
            <w:r>
              <w:rPr>
                <w:b/>
                <w:color w:val="D26E2E"/>
                <w:sz w:val="18"/>
              </w:rPr>
              <w:t>FOLHA / IDEIA</w:t>
            </w:r>
          </w:p>
          <w:p w14:paraId="25B80479" w14:textId="77777777" w:rsidR="008B3CAC" w:rsidRDefault="00FD7B84">
            <w:r>
              <w:rPr>
                <w:sz w:val="18"/>
              </w:rPr>
              <w:t>O que tem a ver com o tema?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</w:tr>
      <w:tr w:rsidR="008B3CAC" w14:paraId="0DD28D4F" w14:textId="77777777">
        <w:trPr>
          <w:trHeight w:val="1956"/>
        </w:trPr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023D80DF" w14:textId="77777777" w:rsidR="008B3CAC" w:rsidRDefault="00FD7B84">
            <w:r>
              <w:rPr>
                <w:b/>
                <w:color w:val="D26E2E"/>
                <w:sz w:val="18"/>
              </w:rPr>
              <w:t>FOLHA / IDEIA</w:t>
            </w:r>
          </w:p>
          <w:p w14:paraId="0C85AC94" w14:textId="77777777" w:rsidR="008B3CAC" w:rsidRDefault="00FD7B84">
            <w:r>
              <w:rPr>
                <w:sz w:val="18"/>
              </w:rPr>
              <w:t>O que tem a ver com o tema?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7F3A5AC4" w14:textId="77777777" w:rsidR="008B3CAC" w:rsidRDefault="00FD7B84">
            <w:r>
              <w:rPr>
                <w:b/>
                <w:color w:val="D26E2E"/>
                <w:sz w:val="18"/>
              </w:rPr>
              <w:t>FOLHA / IDEIA</w:t>
            </w:r>
          </w:p>
          <w:p w14:paraId="7CB92074" w14:textId="77777777" w:rsidR="008B3CAC" w:rsidRDefault="00FD7B84">
            <w:r>
              <w:rPr>
                <w:sz w:val="18"/>
              </w:rPr>
              <w:t>O que tem a ver com o tema?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51EFE98" w14:textId="77777777" w:rsidR="008B3CAC" w:rsidRDefault="00FD7B84">
            <w:r>
              <w:rPr>
                <w:b/>
                <w:color w:val="D26E2E"/>
                <w:sz w:val="18"/>
              </w:rPr>
              <w:t>FOLHA / IDEIA</w:t>
            </w:r>
          </w:p>
          <w:p w14:paraId="711A022E" w14:textId="77777777" w:rsidR="008B3CAC" w:rsidRDefault="00FD7B84">
            <w:r>
              <w:rPr>
                <w:sz w:val="18"/>
              </w:rPr>
              <w:t>O que tem a ver com o tema?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</w:tr>
      <w:tr w:rsidR="008B3CAC" w14:paraId="02DDAFAD" w14:textId="77777777">
        <w:trPr>
          <w:trHeight w:val="1956"/>
        </w:trPr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183C712" w14:textId="77777777" w:rsidR="008B3CAC" w:rsidRDefault="00FD7B84">
            <w:r>
              <w:rPr>
                <w:b/>
                <w:color w:val="D26E2E"/>
                <w:sz w:val="18"/>
              </w:rPr>
              <w:t>RAIZ / RAZÃO</w:t>
            </w:r>
          </w:p>
          <w:p w14:paraId="1778E04C" w14:textId="77777777" w:rsidR="008B3CAC" w:rsidRDefault="00FD7B84">
            <w:r>
              <w:rPr>
                <w:sz w:val="18"/>
              </w:rPr>
              <w:t>Porque ligamos esta ideia?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3418686" w14:textId="77777777" w:rsidR="008B3CAC" w:rsidRDefault="00FD7B84">
            <w:r>
              <w:rPr>
                <w:b/>
                <w:color w:val="D26E2E"/>
              </w:rPr>
              <w:t>TRONCO / TEMA</w:t>
            </w:r>
          </w:p>
          <w:p w14:paraId="53D27E06" w14:textId="77777777" w:rsidR="008B3CAC" w:rsidRDefault="00FD7B84">
            <w:r>
              <w:rPr>
                <w:b/>
                <w:sz w:val="24"/>
              </w:rPr>
              <w:t>AMIZADE</w:t>
            </w:r>
            <w:r>
              <w:rPr>
                <w:b/>
                <w:sz w:val="24"/>
              </w:rPr>
              <w:br/>
              <w:t>(ou outro tema)</w:t>
            </w:r>
            <w:r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br/>
              <w:t>___________________</w:t>
            </w:r>
          </w:p>
        </w:tc>
        <w:tc>
          <w:tcPr>
            <w:tcW w:w="3459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4D3980A0" w14:textId="77777777" w:rsidR="008B3CAC" w:rsidRDefault="00FD7B84">
            <w:r>
              <w:rPr>
                <w:b/>
                <w:color w:val="D26E2E"/>
                <w:sz w:val="18"/>
              </w:rPr>
              <w:t>RAIZ / RAZÃO</w:t>
            </w:r>
          </w:p>
          <w:p w14:paraId="320848CD" w14:textId="77777777" w:rsidR="008B3CAC" w:rsidRDefault="00FD7B84">
            <w:r>
              <w:rPr>
                <w:sz w:val="18"/>
              </w:rPr>
              <w:t>Porque ligamos esta ideia?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</w:t>
            </w:r>
          </w:p>
        </w:tc>
      </w:tr>
    </w:tbl>
    <w:p w14:paraId="0DA9331A" w14:textId="77777777" w:rsidR="008B3CAC" w:rsidRDefault="008B3CA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758A9BE8" w14:textId="77777777">
        <w:trPr>
          <w:trHeight w:val="130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F1A2937" w14:textId="77777777" w:rsidR="008B3CAC" w:rsidRDefault="00FD7B84">
            <w:r>
              <w:rPr>
                <w:b/>
                <w:color w:val="D26E2E"/>
                <w:sz w:val="18"/>
              </w:rPr>
              <w:t>LIGAÇÕES PARA ESCREVER ENTRE AS FOLHAS</w:t>
            </w:r>
          </w:p>
          <w:p w14:paraId="19ABF960" w14:textId="77777777" w:rsidR="008B3CAC" w:rsidRDefault="00FD7B84">
            <w:r>
              <w:t>«tem a ver com...»    «depende de...»    «é um exemplo de...»    «pode entrar em conflito com...»</w:t>
            </w:r>
          </w:p>
        </w:tc>
      </w:tr>
      <w:tr w:rsidR="008B3CAC" w14:paraId="4AD2610A" w14:textId="77777777">
        <w:trPr>
          <w:trHeight w:val="96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18C10C9" w14:textId="77777777" w:rsidR="008B3CAC" w:rsidRDefault="00FD7B84">
            <w:r>
              <w:rPr>
                <w:b/>
                <w:color w:val="D26E2E"/>
                <w:sz w:val="18"/>
              </w:rPr>
              <w:t>PERGUNTA QUE A ÁRVORE NOS DEIXOU</w:t>
            </w:r>
          </w:p>
          <w:p w14:paraId="556CD273" w14:textId="77777777" w:rsidR="008B3CAC" w:rsidRDefault="00FD7B84">
            <w:r>
              <w:t>____________________________________________________________________</w:t>
            </w:r>
          </w:p>
        </w:tc>
      </w:tr>
    </w:tbl>
    <w:p w14:paraId="03E19F9E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01B521DB" w14:textId="77777777" w:rsidR="008B3CAC" w:rsidRDefault="00FD7B84">
      <w:r>
        <w:br w:type="page"/>
      </w:r>
    </w:p>
    <w:p w14:paraId="1CE07D8B" w14:textId="77777777" w:rsidR="008B3CAC" w:rsidRDefault="00FD7B84">
      <w:r>
        <w:rPr>
          <w:b/>
          <w:sz w:val="34"/>
        </w:rPr>
        <w:lastRenderedPageBreak/>
        <w:t>07  Jogo do Dilema Ético</w:t>
      </w:r>
    </w:p>
    <w:p w14:paraId="6B3CECB3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1B519082" w14:textId="77777777" w:rsidR="008B3CAC" w:rsidRDefault="00FD7B84">
      <w:r>
        <w:rPr>
          <w:sz w:val="18"/>
        </w:rPr>
        <w:t>Ler uma história de personagens fictícias, propor opções e comparar consequências.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4F5E9DF0" w14:textId="77777777">
        <w:trPr>
          <w:trHeight w:val="3300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32179E9" w14:textId="77777777" w:rsidR="008B3CAC" w:rsidRDefault="00FD7B84">
            <w:r>
              <w:rPr>
                <w:b/>
                <w:color w:val="D26E2E"/>
                <w:sz w:val="16"/>
              </w:rPr>
              <w:t>O BRINQUEDO PERDIDO</w:t>
            </w:r>
          </w:p>
          <w:p w14:paraId="564E9957" w14:textId="77777777" w:rsidR="008B3CAC" w:rsidRDefault="00FD7B84">
            <w:r>
              <w:rPr>
                <w:b/>
                <w:sz w:val="24"/>
              </w:rPr>
              <w:t>A Rita encontrou um carrinho no recreio. Ninguém sabe a quem pertence. O que pode fazer?</w:t>
            </w:r>
          </w:p>
          <w:p w14:paraId="205D733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Que razões apoiam cada opção?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C194824" w14:textId="77777777" w:rsidR="008B3CAC" w:rsidRDefault="00FD7B84">
            <w:r>
              <w:rPr>
                <w:b/>
                <w:color w:val="285C85"/>
                <w:sz w:val="16"/>
              </w:rPr>
              <w:t>DOIS E UM SÓ</w:t>
            </w:r>
          </w:p>
          <w:p w14:paraId="30F15409" w14:textId="77777777" w:rsidR="008B3CAC" w:rsidRDefault="00FD7B84">
            <w:r>
              <w:rPr>
                <w:b/>
                <w:sz w:val="24"/>
              </w:rPr>
              <w:t>O João e a Inês querem usar o único pincel azul ao mesmo tempo. Como podem decidir?</w:t>
            </w:r>
          </w:p>
          <w:p w14:paraId="3531B7A2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E se um deles precisar dele só um minuto?</w:t>
            </w:r>
          </w:p>
        </w:tc>
      </w:tr>
      <w:tr w:rsidR="008B3CAC" w14:paraId="12B5ACFE" w14:textId="77777777">
        <w:trPr>
          <w:trHeight w:val="3300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BDDE317" w14:textId="77777777" w:rsidR="008B3CAC" w:rsidRDefault="00FD7B84">
            <w:r>
              <w:rPr>
                <w:b/>
                <w:color w:val="D26E2E"/>
                <w:sz w:val="16"/>
              </w:rPr>
              <w:t>UMA PROMESSA</w:t>
            </w:r>
          </w:p>
          <w:p w14:paraId="0A5DE092" w14:textId="77777777" w:rsidR="008B3CAC" w:rsidRDefault="00FD7B84">
            <w:r>
              <w:rPr>
                <w:b/>
                <w:sz w:val="24"/>
              </w:rPr>
              <w:t>A Sara prometeu brincar com a Eva, mas outra colega ficou sozinha. Que alternativas tem?</w:t>
            </w:r>
          </w:p>
          <w:p w14:paraId="4E7CF437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possível cuidar das duas pessoas?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AB1BE25" w14:textId="77777777" w:rsidR="008B3CAC" w:rsidRDefault="00FD7B84">
            <w:r>
              <w:rPr>
                <w:b/>
                <w:color w:val="285C85"/>
                <w:sz w:val="16"/>
              </w:rPr>
              <w:t>A REGRA NOVA</w:t>
            </w:r>
          </w:p>
          <w:p w14:paraId="7FD854F3" w14:textId="77777777" w:rsidR="008B3CAC" w:rsidRDefault="00FD7B84">
            <w:r>
              <w:rPr>
                <w:b/>
                <w:sz w:val="24"/>
              </w:rPr>
              <w:t>O grupo criou uma regra que deixa uma criança de fora da brincadeira. Deve mantê-la?</w:t>
            </w:r>
          </w:p>
          <w:p w14:paraId="293FE15E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tornar o jogo mais justo?</w:t>
            </w:r>
          </w:p>
        </w:tc>
      </w:tr>
      <w:tr w:rsidR="008B3CAC" w14:paraId="76B9713B" w14:textId="77777777">
        <w:trPr>
          <w:trHeight w:val="3300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EBA3795" w14:textId="77777777" w:rsidR="008B3CAC" w:rsidRDefault="00FD7B84">
            <w:r>
              <w:rPr>
                <w:b/>
                <w:color w:val="D26E2E"/>
                <w:sz w:val="16"/>
              </w:rPr>
              <w:t>O SEGREDO</w:t>
            </w:r>
          </w:p>
          <w:p w14:paraId="28F32885" w14:textId="77777777" w:rsidR="008B3CAC" w:rsidRDefault="00FD7B84">
            <w:r>
              <w:rPr>
                <w:b/>
                <w:sz w:val="24"/>
              </w:rPr>
              <w:t>Um boneco pediu ao outro que escondesse um brinquedo que não é deles. O que pode fazer?</w:t>
            </w:r>
          </w:p>
          <w:p w14:paraId="1366448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Quando pedir ajuda é importante?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560543F" w14:textId="77777777" w:rsidR="008B3CAC" w:rsidRDefault="00FD7B84">
            <w:r>
              <w:rPr>
                <w:b/>
                <w:color w:val="285C85"/>
                <w:sz w:val="16"/>
              </w:rPr>
              <w:t>O ÚLTIMO LUGAR</w:t>
            </w:r>
          </w:p>
          <w:p w14:paraId="6B8CE73A" w14:textId="77777777" w:rsidR="008B3CAC" w:rsidRDefault="00FD7B84">
            <w:r>
              <w:rPr>
                <w:b/>
                <w:sz w:val="24"/>
              </w:rPr>
              <w:t>Há um lugar livre na mesa e duas personagens precisam dele. Como podem decidir?</w:t>
            </w:r>
          </w:p>
          <w:p w14:paraId="178F7CF5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Que informação falta para escolher?</w:t>
            </w:r>
          </w:p>
        </w:tc>
      </w:tr>
    </w:tbl>
    <w:p w14:paraId="4339E769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1F6F6E1B" w14:textId="77777777" w:rsidR="008B3CAC" w:rsidRDefault="00FD7B84">
      <w:r>
        <w:br w:type="page"/>
      </w:r>
    </w:p>
    <w:p w14:paraId="10DFB5D0" w14:textId="77777777" w:rsidR="008B3CAC" w:rsidRDefault="00FD7B84">
      <w:r>
        <w:rPr>
          <w:b/>
          <w:sz w:val="34"/>
        </w:rPr>
        <w:lastRenderedPageBreak/>
        <w:t>07  Jogo do Dilema Ético</w:t>
      </w:r>
    </w:p>
    <w:p w14:paraId="714EA249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70B4AD6C" w14:textId="77777777" w:rsidR="008B3CAC" w:rsidRDefault="00FD7B84">
      <w:r>
        <w:rPr>
          <w:b/>
          <w:color w:val="D26E2E"/>
          <w:sz w:val="18"/>
        </w:rPr>
        <w:t>FICHA PARA PENSAR UM DILEMA  •  o adulto pode registar oralmente as respostas.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010519CE" w14:textId="77777777">
        <w:trPr>
          <w:trHeight w:val="1020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E6DFF72" w14:textId="77777777" w:rsidR="008B3CAC" w:rsidRDefault="00FD7B84">
            <w:r>
              <w:rPr>
                <w:b/>
                <w:color w:val="D26E2E"/>
                <w:sz w:val="18"/>
              </w:rPr>
              <w:t>O QUE ACONTECE À PERSONAGEM?</w:t>
            </w:r>
          </w:p>
          <w:p w14:paraId="3CED91F4" w14:textId="77777777" w:rsidR="008B3CAC" w:rsidRDefault="00FD7B84">
            <w:r>
              <w:t>____________________________________________________________________</w:t>
            </w:r>
          </w:p>
        </w:tc>
      </w:tr>
      <w:tr w:rsidR="008B3CAC" w14:paraId="5A3D8AC0" w14:textId="77777777">
        <w:trPr>
          <w:trHeight w:val="1531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BBBB759" w14:textId="77777777" w:rsidR="008B3CAC" w:rsidRDefault="00FD7B84">
            <w:r>
              <w:rPr>
                <w:b/>
                <w:color w:val="D26E2E"/>
                <w:sz w:val="18"/>
              </w:rPr>
              <w:t>OPÇÃO A</w:t>
            </w:r>
          </w:p>
          <w:p w14:paraId="2B759E10" w14:textId="77777777" w:rsidR="008B3CAC" w:rsidRDefault="00FD7B84">
            <w:r>
              <w:t>A personagem pode... _____________________________________________</w:t>
            </w:r>
            <w:r>
              <w:br/>
              <w:t>Uma razão: ______________________________________________________</w:t>
            </w:r>
          </w:p>
        </w:tc>
      </w:tr>
      <w:tr w:rsidR="008B3CAC" w14:paraId="7F6C7711" w14:textId="77777777">
        <w:trPr>
          <w:trHeight w:val="1531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600D7C6" w14:textId="77777777" w:rsidR="008B3CAC" w:rsidRDefault="00FD7B84">
            <w:r>
              <w:rPr>
                <w:b/>
                <w:color w:val="D26E2E"/>
                <w:sz w:val="18"/>
              </w:rPr>
              <w:t>OPÇÃO B</w:t>
            </w:r>
          </w:p>
          <w:p w14:paraId="6962693F" w14:textId="77777777" w:rsidR="008B3CAC" w:rsidRDefault="00FD7B84">
            <w:r>
              <w:t>A personagem também pode... _____________________________________</w:t>
            </w:r>
            <w:r>
              <w:br/>
            </w:r>
            <w:r>
              <w:t>Uma razão: ______________________________________________________</w:t>
            </w:r>
          </w:p>
        </w:tc>
      </w:tr>
      <w:tr w:rsidR="008B3CAC" w14:paraId="1C196E2E" w14:textId="77777777">
        <w:trPr>
          <w:trHeight w:val="158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F20B791" w14:textId="77777777" w:rsidR="008B3CAC" w:rsidRDefault="00FD7B84">
            <w:r>
              <w:rPr>
                <w:b/>
                <w:color w:val="D26E2E"/>
                <w:sz w:val="18"/>
              </w:rPr>
              <w:t>QUEM PODE SER AFETADO?</w:t>
            </w:r>
          </w:p>
          <w:p w14:paraId="252F2133" w14:textId="77777777" w:rsidR="008B3CAC" w:rsidRDefault="00FD7B84">
            <w:r>
              <w:t>____________________________________________________________________</w:t>
            </w:r>
            <w:r>
              <w:br/>
              <w:t>O que ainda precisamos de saber? __________________________________</w:t>
            </w:r>
          </w:p>
        </w:tc>
      </w:tr>
      <w:tr w:rsidR="008B3CAC" w14:paraId="1D10F0C0" w14:textId="77777777">
        <w:trPr>
          <w:trHeight w:val="158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A4AD96" w14:textId="77777777" w:rsidR="008B3CAC" w:rsidRDefault="00FD7B84">
            <w:r>
              <w:rPr>
                <w:b/>
                <w:color w:val="D26E2E"/>
                <w:sz w:val="18"/>
              </w:rPr>
              <w:t>E SE MUDARMOS UM PORMENOR?</w:t>
            </w:r>
          </w:p>
          <w:p w14:paraId="46A402EC" w14:textId="77777777" w:rsidR="008B3CAC" w:rsidRDefault="00FD7B84">
            <w:r>
              <w:t>Agora imaginamos que... ___________________________________________</w:t>
            </w:r>
            <w:r>
              <w:br/>
              <w:t>Mudamos a nossa proposta? Porquê? ________________________________</w:t>
            </w:r>
          </w:p>
        </w:tc>
      </w:tr>
    </w:tbl>
    <w:p w14:paraId="2DF0C780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09223380" w14:textId="77777777" w:rsidR="008B3CAC" w:rsidRDefault="00FD7B84">
      <w:r>
        <w:br w:type="page"/>
      </w:r>
    </w:p>
    <w:p w14:paraId="001E593F" w14:textId="77777777" w:rsidR="008B3CAC" w:rsidRDefault="00FD7B84">
      <w:r>
        <w:rPr>
          <w:b/>
          <w:sz w:val="34"/>
        </w:rPr>
        <w:lastRenderedPageBreak/>
        <w:t>08  Jogo da Verdade</w:t>
      </w:r>
    </w:p>
    <w:p w14:paraId="27526BA7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1FF8AE21" w14:textId="77777777" w:rsidR="008B3CAC" w:rsidRDefault="00FD7B84">
      <w:r>
        <w:rPr>
          <w:sz w:val="18"/>
        </w:rPr>
        <w:t>Ler afirmações e pensar: observar, perguntar, imaginar ou distinguir gostos pessoais.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0712D276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23CDC4A" w14:textId="77777777" w:rsidR="008B3CAC" w:rsidRDefault="00FD7B84">
            <w:r>
              <w:rPr>
                <w:b/>
                <w:color w:val="D26E2E"/>
                <w:sz w:val="16"/>
              </w:rPr>
              <w:t>OBSERVAR</w:t>
            </w:r>
          </w:p>
          <w:p w14:paraId="13DBD47C" w14:textId="77777777" w:rsidR="008B3CAC" w:rsidRDefault="00FD7B84">
            <w:r>
              <w:rPr>
                <w:b/>
                <w:sz w:val="24"/>
              </w:rPr>
              <w:t>A caixa que temos à frente está vazia.</w:t>
            </w:r>
          </w:p>
          <w:p w14:paraId="7373451A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poderíamos verificar?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82EEF28" w14:textId="77777777" w:rsidR="008B3CAC" w:rsidRDefault="00FD7B84">
            <w:r>
              <w:rPr>
                <w:b/>
                <w:color w:val="285C85"/>
                <w:sz w:val="16"/>
              </w:rPr>
              <w:t>GOSTO PESSOAL</w:t>
            </w:r>
          </w:p>
          <w:p w14:paraId="2B999CFC" w14:textId="77777777" w:rsidR="008B3CAC" w:rsidRDefault="00FD7B84">
            <w:r>
              <w:rPr>
                <w:b/>
                <w:sz w:val="24"/>
              </w:rPr>
              <w:t>O amarelo é a cor mais bonita.</w:t>
            </w:r>
          </w:p>
          <w:p w14:paraId="3F28460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um gosto ou um facto que se mede?</w:t>
            </w:r>
          </w:p>
        </w:tc>
      </w:tr>
      <w:tr w:rsidR="008B3CAC" w14:paraId="6303E627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820A585" w14:textId="77777777" w:rsidR="008B3CAC" w:rsidRDefault="00FD7B84">
            <w:r>
              <w:rPr>
                <w:b/>
                <w:color w:val="D26E2E"/>
                <w:sz w:val="16"/>
              </w:rPr>
              <w:t>IMAGINAR</w:t>
            </w:r>
          </w:p>
          <w:p w14:paraId="177AE969" w14:textId="77777777" w:rsidR="008B3CAC" w:rsidRDefault="00FD7B84">
            <w:r>
              <w:rPr>
                <w:b/>
                <w:sz w:val="24"/>
              </w:rPr>
              <w:t>Um dragão vive no armário da história.</w:t>
            </w:r>
          </w:p>
          <w:p w14:paraId="615931FE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É verdade dentro da história?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5DFB6BD" w14:textId="77777777" w:rsidR="008B3CAC" w:rsidRDefault="00FD7B84">
            <w:r>
              <w:rPr>
                <w:b/>
                <w:color w:val="285C85"/>
                <w:sz w:val="16"/>
              </w:rPr>
              <w:t>INVESTIGAR</w:t>
            </w:r>
          </w:p>
          <w:p w14:paraId="627245DA" w14:textId="77777777" w:rsidR="008B3CAC" w:rsidRDefault="00FD7B84">
            <w:r>
              <w:rPr>
                <w:b/>
                <w:sz w:val="24"/>
              </w:rPr>
              <w:t>Todas as folhas desta planta são verdes.</w:t>
            </w:r>
          </w:p>
          <w:p w14:paraId="54EEAA30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vemos nesta planta concreta?</w:t>
            </w:r>
          </w:p>
        </w:tc>
      </w:tr>
      <w:tr w:rsidR="008B3CAC" w14:paraId="006D2FB4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7A14388" w14:textId="77777777" w:rsidR="008B3CAC" w:rsidRDefault="00FD7B84">
            <w:r>
              <w:rPr>
                <w:b/>
                <w:color w:val="D26E2E"/>
                <w:sz w:val="16"/>
              </w:rPr>
              <w:t>INTERPRETAR</w:t>
            </w:r>
          </w:p>
          <w:p w14:paraId="70A87851" w14:textId="77777777" w:rsidR="008B3CAC" w:rsidRDefault="00FD7B84">
            <w:r>
              <w:rPr>
                <w:b/>
                <w:sz w:val="24"/>
              </w:rPr>
              <w:t>O Luís está calado: está triste.</w:t>
            </w:r>
          </w:p>
          <w:p w14:paraId="0A1CB94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Que outras explicações são possíveis?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AFDC52C" w14:textId="77777777" w:rsidR="008B3CAC" w:rsidRDefault="00FD7B84">
            <w:r>
              <w:rPr>
                <w:b/>
                <w:color w:val="285C85"/>
                <w:sz w:val="16"/>
              </w:rPr>
              <w:t>OBSERVAR</w:t>
            </w:r>
          </w:p>
          <w:p w14:paraId="4481E8AC" w14:textId="77777777" w:rsidR="008B3CAC" w:rsidRDefault="00FD7B84">
            <w:r>
              <w:rPr>
                <w:b/>
                <w:sz w:val="24"/>
              </w:rPr>
              <w:t>A nossa sala tem mais portas do que janelas.</w:t>
            </w:r>
          </w:p>
          <w:p w14:paraId="46C7F775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contamos?</w:t>
            </w:r>
          </w:p>
        </w:tc>
      </w:tr>
      <w:tr w:rsidR="008B3CAC" w14:paraId="25B3CA9D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77CBCAF4" w14:textId="77777777" w:rsidR="008B3CAC" w:rsidRDefault="00FD7B84">
            <w:r>
              <w:rPr>
                <w:b/>
                <w:color w:val="D26E2E"/>
                <w:sz w:val="16"/>
              </w:rPr>
              <w:t>GOSTO PESSOAL</w:t>
            </w:r>
          </w:p>
          <w:p w14:paraId="6035E62E" w14:textId="77777777" w:rsidR="008B3CAC" w:rsidRDefault="00FD7B84">
            <w:r>
              <w:rPr>
                <w:b/>
                <w:sz w:val="24"/>
              </w:rPr>
              <w:t>Brincar à bola é mais divertido do que desenhar.</w:t>
            </w:r>
          </w:p>
          <w:p w14:paraId="0ECC5B8A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Todos gostam do mesmo?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0E07507" w14:textId="77777777" w:rsidR="008B3CAC" w:rsidRDefault="00FD7B84">
            <w:r>
              <w:rPr>
                <w:b/>
                <w:color w:val="285C85"/>
                <w:sz w:val="16"/>
              </w:rPr>
              <w:t>DÚVIDA</w:t>
            </w:r>
          </w:p>
          <w:p w14:paraId="4DF67AB7" w14:textId="77777777" w:rsidR="008B3CAC" w:rsidRDefault="00FD7B84">
            <w:r>
              <w:rPr>
                <w:b/>
                <w:sz w:val="24"/>
              </w:rPr>
              <w:t>Uma fotografia mostra tudo o que aconteceu.</w:t>
            </w:r>
          </w:p>
          <w:p w14:paraId="03CE8AE9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pode ter ficado fora da imagem?</w:t>
            </w:r>
          </w:p>
        </w:tc>
      </w:tr>
    </w:tbl>
    <w:p w14:paraId="7D70A4D3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657030E8" w14:textId="77777777" w:rsidR="008B3CAC" w:rsidRDefault="00FD7B84">
      <w:r>
        <w:br w:type="page"/>
      </w:r>
    </w:p>
    <w:p w14:paraId="1C1110AC" w14:textId="77777777" w:rsidR="008B3CAC" w:rsidRDefault="00FD7B84">
      <w:r>
        <w:rPr>
          <w:b/>
          <w:sz w:val="34"/>
        </w:rPr>
        <w:lastRenderedPageBreak/>
        <w:t>08  Jogo da Verdade</w:t>
      </w:r>
    </w:p>
    <w:p w14:paraId="55B94889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4020967F" w14:textId="77777777" w:rsidR="008B3CAC" w:rsidRDefault="00FD7B84">
      <w:r>
        <w:rPr>
          <w:b/>
          <w:color w:val="D26E2E"/>
          <w:sz w:val="18"/>
        </w:rPr>
        <w:t>PLACAS DE INVESTIGAÇÃO  •  usar para pensar no tipo de afirmação.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  <w:gridCol w:w="92"/>
      </w:tblGrid>
      <w:tr w:rsidR="008B3CAC" w14:paraId="752BAE85" w14:textId="77777777">
        <w:trPr>
          <w:trHeight w:val="1757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3D3A611A" w14:textId="77777777" w:rsidR="008B3CAC" w:rsidRDefault="00FD7B84">
            <w:r>
              <w:rPr>
                <w:b/>
                <w:sz w:val="22"/>
              </w:rPr>
              <w:t>POSSO OBSERVAR</w:t>
            </w:r>
            <w:r>
              <w:rPr>
                <w:b/>
                <w:sz w:val="22"/>
              </w:rPr>
              <w:br/>
              <w:t>O que posso ver, ouvir, medir ou contar?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03ABE98E" w14:textId="77777777" w:rsidR="008B3CAC" w:rsidRDefault="00FD7B84">
            <w:r>
              <w:rPr>
                <w:b/>
                <w:sz w:val="22"/>
              </w:rPr>
              <w:t>É UM GOSTO / OPINIÃO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2"/>
              </w:rPr>
              <w:t>As pessoas podem gostar de coisas diferentes.</w:t>
            </w:r>
          </w:p>
        </w:tc>
      </w:tr>
      <w:tr w:rsidR="008B3CAC" w14:paraId="5ECF32EA" w14:textId="77777777">
        <w:trPr>
          <w:trHeight w:val="1757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27D31E87" w14:textId="77777777" w:rsidR="008B3CAC" w:rsidRDefault="00FD7B84">
            <w:r>
              <w:rPr>
                <w:b/>
                <w:sz w:val="22"/>
              </w:rPr>
              <w:t>É IMAGINAÇÃO / HISTÓRIA</w:t>
            </w:r>
            <w:r>
              <w:rPr>
                <w:b/>
                <w:sz w:val="22"/>
              </w:rPr>
              <w:br/>
              <w:t>O que é inventado neste cenário?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946DE68" w14:textId="77777777" w:rsidR="008B3CAC" w:rsidRDefault="00FD7B84">
            <w:r>
              <w:rPr>
                <w:b/>
                <w:sz w:val="22"/>
              </w:rPr>
              <w:t>AINDA NÃO SEI</w:t>
            </w:r>
            <w:r>
              <w:rPr>
                <w:b/>
                <w:sz w:val="22"/>
              </w:rPr>
              <w:br/>
              <w:t>O que falta perguntar ou procurar?</w:t>
            </w:r>
          </w:p>
        </w:tc>
      </w:tr>
      <w:tr w:rsidR="008B3CAC" w14:paraId="48B85EFD" w14:textId="77777777">
        <w:trPr>
          <w:gridAfter w:val="1"/>
          <w:wAfter w:w="92" w:type="dxa"/>
          <w:trHeight w:val="1701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DE133DE" w14:textId="77777777" w:rsidR="008B3CAC" w:rsidRDefault="00FD7B84">
            <w:r>
              <w:rPr>
                <w:b/>
                <w:color w:val="D26E2E"/>
                <w:sz w:val="18"/>
              </w:rPr>
              <w:t>LUPA DAS RAZÕES</w:t>
            </w:r>
          </w:p>
          <w:p w14:paraId="538FA4F6" w14:textId="77777777" w:rsidR="008B3CAC" w:rsidRDefault="00FD7B84">
            <w:r>
              <w:t>A frase que queremos investigar: __________________________________</w:t>
            </w:r>
            <w:r>
              <w:br/>
              <w:t>Como podemos procurar saber? _____________________________________</w:t>
            </w:r>
          </w:p>
        </w:tc>
      </w:tr>
      <w:tr w:rsidR="008B3CAC" w14:paraId="1BE9D12B" w14:textId="77777777">
        <w:trPr>
          <w:gridAfter w:val="1"/>
          <w:wAfter w:w="92" w:type="dxa"/>
          <w:trHeight w:val="1474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420DFC8" w14:textId="77777777" w:rsidR="008B3CAC" w:rsidRDefault="00FD7B84">
            <w:r>
              <w:rPr>
                <w:b/>
                <w:color w:val="D26E2E"/>
                <w:sz w:val="18"/>
              </w:rPr>
              <w:t>DEPOIS DE INVESTIGAR</w:t>
            </w:r>
          </w:p>
          <w:p w14:paraId="5C35ED9F" w14:textId="77777777" w:rsidR="008B3CAC" w:rsidRDefault="00FD7B84">
            <w:r>
              <w:t>O que descobrimos? _____________________________</w:t>
            </w:r>
            <w:r>
              <w:br/>
              <w:t>Mudámos de ideia? Porquê? _______________________</w:t>
            </w:r>
          </w:p>
        </w:tc>
      </w:tr>
    </w:tbl>
    <w:p w14:paraId="740A2161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43AF805F" w14:textId="77777777" w:rsidR="008B3CAC" w:rsidRDefault="00FD7B84">
      <w:r>
        <w:br w:type="page"/>
      </w:r>
    </w:p>
    <w:p w14:paraId="3EDC9959" w14:textId="77777777" w:rsidR="008B3CAC" w:rsidRDefault="00FD7B84">
      <w:r>
        <w:rPr>
          <w:b/>
          <w:sz w:val="34"/>
        </w:rPr>
        <w:lastRenderedPageBreak/>
        <w:t>09  Jogo da Linha Filosófica</w:t>
      </w:r>
    </w:p>
    <w:p w14:paraId="2FF3C732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362D972A" w14:textId="77777777" w:rsidR="008B3CAC" w:rsidRDefault="00FD7B84">
      <w:r>
        <w:rPr>
          <w:sz w:val="18"/>
        </w:rPr>
        <w:t>Ler uma afirmação, escolher uma placa sem obrigação de falar e ouvir novas razões.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36CF21A3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E0D0379" w14:textId="77777777" w:rsidR="008B3CAC" w:rsidRDefault="00FD7B84">
            <w:r>
              <w:rPr>
                <w:b/>
                <w:color w:val="D26E2E"/>
                <w:sz w:val="16"/>
              </w:rPr>
              <w:t>AMIZADE</w:t>
            </w:r>
          </w:p>
          <w:p w14:paraId="244AEAF0" w14:textId="77777777" w:rsidR="008B3CAC" w:rsidRDefault="00FD7B84">
            <w:r>
              <w:rPr>
                <w:b/>
                <w:sz w:val="24"/>
              </w:rPr>
              <w:t>Os amigos têm de pensar igual.</w:t>
            </w:r>
          </w:p>
          <w:p w14:paraId="6923B295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Podes imaginar uma exceção?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986DD37" w14:textId="77777777" w:rsidR="008B3CAC" w:rsidRDefault="00FD7B84">
            <w:r>
              <w:rPr>
                <w:b/>
                <w:color w:val="285C85"/>
                <w:sz w:val="16"/>
              </w:rPr>
              <w:t>BRINCAR</w:t>
            </w:r>
          </w:p>
          <w:p w14:paraId="65E14DB6" w14:textId="77777777" w:rsidR="008B3CAC" w:rsidRDefault="00FD7B84">
            <w:r>
              <w:rPr>
                <w:b/>
                <w:sz w:val="24"/>
              </w:rPr>
              <w:t>Todos os jogos precisam de regras.</w:t>
            </w:r>
          </w:p>
          <w:p w14:paraId="0F6F2AF1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Há jogos sem regras?</w:t>
            </w:r>
          </w:p>
        </w:tc>
      </w:tr>
      <w:tr w:rsidR="008B3CAC" w14:paraId="0F3C9DFD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34A4BFF" w14:textId="77777777" w:rsidR="008B3CAC" w:rsidRDefault="00FD7B84">
            <w:r>
              <w:rPr>
                <w:b/>
                <w:color w:val="D26E2E"/>
                <w:sz w:val="16"/>
              </w:rPr>
              <w:t>PARTILHA</w:t>
            </w:r>
          </w:p>
          <w:p w14:paraId="1452510D" w14:textId="77777777" w:rsidR="008B3CAC" w:rsidRDefault="00FD7B84">
            <w:r>
              <w:rPr>
                <w:b/>
                <w:sz w:val="24"/>
              </w:rPr>
              <w:t>Partilhar é sempre justo.</w:t>
            </w:r>
          </w:p>
          <w:p w14:paraId="34FC2A47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muda em cada situação?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8EEB55E" w14:textId="77777777" w:rsidR="008B3CAC" w:rsidRDefault="00FD7B84">
            <w:r>
              <w:rPr>
                <w:b/>
                <w:color w:val="285C85"/>
                <w:sz w:val="16"/>
              </w:rPr>
              <w:t>VERDADE</w:t>
            </w:r>
          </w:p>
          <w:p w14:paraId="08B0AD3F" w14:textId="77777777" w:rsidR="008B3CAC" w:rsidRDefault="00FD7B84">
            <w:r>
              <w:rPr>
                <w:b/>
                <w:sz w:val="24"/>
              </w:rPr>
              <w:t>Uma história inventada não ensina nada.</w:t>
            </w:r>
          </w:p>
          <w:p w14:paraId="7CF2F20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Que histórias te fizeram pensar?</w:t>
            </w:r>
          </w:p>
        </w:tc>
      </w:tr>
      <w:tr w:rsidR="008B3CAC" w14:paraId="7D40C8BE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385AE7B" w14:textId="77777777" w:rsidR="008B3CAC" w:rsidRDefault="00FD7B84">
            <w:r>
              <w:rPr>
                <w:b/>
                <w:color w:val="D26E2E"/>
                <w:sz w:val="16"/>
              </w:rPr>
              <w:t>CORAGEM</w:t>
            </w:r>
          </w:p>
          <w:p w14:paraId="5A8367AB" w14:textId="77777777" w:rsidR="008B3CAC" w:rsidRDefault="00FD7B84">
            <w:r>
              <w:rPr>
                <w:b/>
                <w:sz w:val="24"/>
              </w:rPr>
              <w:t>Uma pessoa com medo não pode ser corajosa.</w:t>
            </w:r>
          </w:p>
          <w:p w14:paraId="7E2CF3C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Qual é a diferença entre medo e coragem?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D91A96F" w14:textId="77777777" w:rsidR="008B3CAC" w:rsidRDefault="00FD7B84">
            <w:r>
              <w:rPr>
                <w:b/>
                <w:color w:val="285C85"/>
                <w:sz w:val="16"/>
              </w:rPr>
              <w:t>APRENDIZAGEM</w:t>
            </w:r>
          </w:p>
          <w:p w14:paraId="781DD65F" w14:textId="77777777" w:rsidR="008B3CAC" w:rsidRDefault="00FD7B84">
            <w:r>
              <w:rPr>
                <w:b/>
                <w:sz w:val="24"/>
              </w:rPr>
              <w:t>Só aprendemos quando acertamos.</w:t>
            </w:r>
          </w:p>
          <w:p w14:paraId="2BB5EC8E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erro pode ajudar-nos?</w:t>
            </w:r>
          </w:p>
        </w:tc>
      </w:tr>
      <w:tr w:rsidR="008B3CAC" w14:paraId="24A42CA2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96213F7" w14:textId="77777777" w:rsidR="008B3CAC" w:rsidRDefault="00FD7B84">
            <w:r>
              <w:rPr>
                <w:b/>
                <w:color w:val="D26E2E"/>
                <w:sz w:val="16"/>
              </w:rPr>
              <w:t>LIBERDADE</w:t>
            </w:r>
          </w:p>
          <w:p w14:paraId="02A4B6C9" w14:textId="77777777" w:rsidR="008B3CAC" w:rsidRDefault="00FD7B84">
            <w:r>
              <w:rPr>
                <w:b/>
                <w:sz w:val="24"/>
              </w:rPr>
              <w:t>Ser livre é não ter limites.</w:t>
            </w:r>
          </w:p>
          <w:p w14:paraId="0404FE83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E quando a escolha prejudica outro?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EA491A0" w14:textId="77777777" w:rsidR="008B3CAC" w:rsidRDefault="00FD7B84">
            <w:r>
              <w:rPr>
                <w:b/>
                <w:color w:val="285C85"/>
                <w:sz w:val="16"/>
              </w:rPr>
              <w:t>BELEZA</w:t>
            </w:r>
          </w:p>
          <w:p w14:paraId="1A739424" w14:textId="77777777" w:rsidR="008B3CAC" w:rsidRDefault="00FD7B84">
            <w:r>
              <w:rPr>
                <w:b/>
                <w:sz w:val="24"/>
              </w:rPr>
              <w:t>Toda a gente acha bonitas as mesmas coisas.</w:t>
            </w:r>
          </w:p>
          <w:p w14:paraId="5F06D848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gosto pode ser diferente?</w:t>
            </w:r>
          </w:p>
        </w:tc>
      </w:tr>
    </w:tbl>
    <w:p w14:paraId="4950FA99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42AA9ED1" w14:textId="77777777" w:rsidR="008B3CAC" w:rsidRDefault="00FD7B84">
      <w:r>
        <w:br w:type="page"/>
      </w:r>
    </w:p>
    <w:p w14:paraId="269B8C99" w14:textId="77777777" w:rsidR="008B3CAC" w:rsidRDefault="00FD7B84">
      <w:r>
        <w:rPr>
          <w:b/>
          <w:sz w:val="34"/>
        </w:rPr>
        <w:lastRenderedPageBreak/>
        <w:t>09  Jogo da Linha Filosófica</w:t>
      </w:r>
    </w:p>
    <w:p w14:paraId="386D86CD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5CD9294F" w14:textId="77777777" w:rsidR="008B3CAC" w:rsidRDefault="00FD7B84">
      <w:r>
        <w:rPr>
          <w:b/>
          <w:color w:val="D26E2E"/>
          <w:sz w:val="18"/>
        </w:rPr>
        <w:t>PLACAS DE POSIÇÃO  •  pré-escolar: escolher «SIM / NÃO SEI / NÃO»; 1.º ciclo: acrescentar «DEPENDE».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88"/>
        <w:gridCol w:w="5188"/>
        <w:gridCol w:w="92"/>
      </w:tblGrid>
      <w:tr w:rsidR="008B3CAC" w14:paraId="2E15CEEA" w14:textId="77777777">
        <w:trPr>
          <w:trHeight w:val="1984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2129671" w14:textId="77777777" w:rsidR="008B3CAC" w:rsidRDefault="00FD7B84">
            <w:r>
              <w:rPr>
                <w:b/>
                <w:sz w:val="22"/>
              </w:rPr>
              <w:t>SIM</w:t>
            </w:r>
            <w:r>
              <w:rPr>
                <w:b/>
                <w:sz w:val="22"/>
              </w:rPr>
              <w:br/>
              <w:t>CONCORDO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6E221F40" w14:textId="77777777" w:rsidR="008B3CAC" w:rsidRDefault="00FD7B84">
            <w:r>
              <w:rPr>
                <w:b/>
                <w:sz w:val="22"/>
              </w:rPr>
              <w:t>NÃO SEI</w:t>
            </w:r>
            <w:r>
              <w:rPr>
                <w:b/>
                <w:sz w:val="22"/>
              </w:rPr>
              <w:br/>
              <w:t>QUERO PENSAR MAIS</w:t>
            </w:r>
          </w:p>
        </w:tc>
      </w:tr>
      <w:tr w:rsidR="008B3CAC" w14:paraId="3F3F4A88" w14:textId="77777777">
        <w:trPr>
          <w:trHeight w:val="1984"/>
        </w:trPr>
        <w:tc>
          <w:tcPr>
            <w:tcW w:w="5188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5AFB9CE" w14:textId="77777777" w:rsidR="008B3CAC" w:rsidRDefault="00FD7B84">
            <w:r>
              <w:rPr>
                <w:b/>
                <w:sz w:val="22"/>
              </w:rPr>
              <w:t>NÃO</w:t>
            </w:r>
            <w:r>
              <w:rPr>
                <w:b/>
                <w:sz w:val="22"/>
              </w:rPr>
              <w:br/>
              <w:t>DISCORDO</w:t>
            </w:r>
          </w:p>
        </w:tc>
        <w:tc>
          <w:tcPr>
            <w:tcW w:w="5188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</w:tcPr>
          <w:p w14:paraId="1177E2AA" w14:textId="77777777" w:rsidR="008B3CAC" w:rsidRDefault="00FD7B84">
            <w:r>
              <w:rPr>
                <w:b/>
                <w:sz w:val="22"/>
              </w:rPr>
              <w:t>DEPENDE</w:t>
            </w:r>
            <w:r>
              <w:rPr>
                <w:b/>
                <w:sz w:val="22"/>
              </w:rPr>
              <w:br/>
              <w:t>EM QUE SITUAÇÃO?</w:t>
            </w:r>
          </w:p>
        </w:tc>
      </w:tr>
      <w:tr w:rsidR="008B3CAC" w14:paraId="19A248C5" w14:textId="77777777">
        <w:trPr>
          <w:gridAfter w:val="1"/>
          <w:wAfter w:w="92" w:type="dxa"/>
          <w:trHeight w:val="2324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A1B14C6" w14:textId="77777777" w:rsidR="008B3CAC" w:rsidRDefault="00FD7B84">
            <w:r>
              <w:rPr>
                <w:b/>
                <w:color w:val="D26E2E"/>
                <w:sz w:val="18"/>
              </w:rPr>
              <w:t>ANTES E DEPOIS DA CONVERSA</w:t>
            </w:r>
          </w:p>
          <w:p w14:paraId="7BF8FA2B" w14:textId="77777777" w:rsidR="008B3CAC" w:rsidRDefault="00FD7B84">
            <w:r>
              <w:t>A frase que ouvimos: ______________________________________________</w:t>
            </w:r>
            <w:r>
              <w:br/>
              <w:t>Escolhi a placa ____________ porque ________________________________</w:t>
            </w:r>
            <w:r>
              <w:br/>
              <w:t>Depois de ouvir outras ideias, penso _______________________________</w:t>
            </w:r>
          </w:p>
        </w:tc>
      </w:tr>
      <w:tr w:rsidR="008B3CAC" w14:paraId="2E317E00" w14:textId="77777777">
        <w:trPr>
          <w:gridAfter w:val="1"/>
          <w:wAfter w:w="92" w:type="dxa"/>
          <w:trHeight w:val="1361"/>
        </w:trPr>
        <w:tc>
          <w:tcPr>
            <w:tcW w:w="10376" w:type="dxa"/>
            <w:gridSpan w:val="2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1CE7EDE" w14:textId="77777777" w:rsidR="008B3CAC" w:rsidRDefault="00FD7B84">
            <w:r>
              <w:rPr>
                <w:b/>
                <w:color w:val="D26E2E"/>
                <w:sz w:val="18"/>
              </w:rPr>
              <w:t>UMA RAZÃO DE OUTRA CRIANÇA</w:t>
            </w:r>
          </w:p>
          <w:p w14:paraId="69E5C132" w14:textId="77777777" w:rsidR="008B3CAC" w:rsidRDefault="00FD7B84">
            <w:r>
              <w:t>Ouvi a ideia de que ______________________ porque ____________________</w:t>
            </w:r>
          </w:p>
        </w:tc>
      </w:tr>
    </w:tbl>
    <w:p w14:paraId="3BBB8085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 participação pode ser feita apontando, colocando um cartão ou apenas escutando. Nunca pedir a uma criança que revele posições pessoais delicadas.</w:t>
      </w:r>
    </w:p>
    <w:p w14:paraId="233E42D6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2696E163" w14:textId="77777777" w:rsidR="008B3CAC" w:rsidRDefault="00FD7B84">
      <w:r>
        <w:br w:type="page"/>
      </w:r>
    </w:p>
    <w:p w14:paraId="05515E0C" w14:textId="77777777" w:rsidR="008B3CAC" w:rsidRDefault="00FD7B84">
      <w:r>
        <w:rPr>
          <w:b/>
          <w:sz w:val="34"/>
        </w:rPr>
        <w:lastRenderedPageBreak/>
        <w:t>10  Laboratório de Pensamento</w:t>
      </w:r>
    </w:p>
    <w:p w14:paraId="1D91A5FD" w14:textId="77777777" w:rsidR="008B3CAC" w:rsidRDefault="00FD7B84">
      <w:r>
        <w:rPr>
          <w:b/>
          <w:color w:val="D26E2E"/>
          <w:sz w:val="16"/>
        </w:rPr>
        <w:t>CARTÕES PARA RECORTAR</w:t>
      </w:r>
      <w:r>
        <w:rPr>
          <w:color w:val="5D6770"/>
          <w:sz w:val="17"/>
        </w:rPr>
        <w:t xml:space="preserve">  •  Ler em voz alta no pré-escolar; recortar pelas linhas pontilhadas.</w:t>
      </w:r>
    </w:p>
    <w:p w14:paraId="77999427" w14:textId="77777777" w:rsidR="008B3CAC" w:rsidRDefault="00FD7B84">
      <w:r>
        <w:rPr>
          <w:sz w:val="18"/>
        </w:rPr>
        <w:t>Sortear um «E se...?», imaginar consequências e testar uma hipótese com um novo caso.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8B3CAC" w14:paraId="7BAF4EEA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9D593AD" w14:textId="77777777" w:rsidR="008B3CAC" w:rsidRDefault="00FD7B84">
            <w:r>
              <w:rPr>
                <w:b/>
                <w:color w:val="D26E2E"/>
                <w:sz w:val="16"/>
              </w:rPr>
              <w:t>E SE...</w:t>
            </w:r>
          </w:p>
          <w:p w14:paraId="718F4942" w14:textId="77777777" w:rsidR="008B3CAC" w:rsidRDefault="00FD7B84">
            <w:r>
              <w:rPr>
                <w:b/>
                <w:sz w:val="24"/>
              </w:rPr>
              <w:t>...não existissem palavras durante um dia?</w:t>
            </w:r>
          </w:p>
          <w:p w14:paraId="20FA5B05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pediríamos ajuda?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3F8293FA" w14:textId="77777777" w:rsidR="008B3CAC" w:rsidRDefault="00FD7B84">
            <w:r>
              <w:rPr>
                <w:b/>
                <w:color w:val="285C85"/>
                <w:sz w:val="16"/>
              </w:rPr>
              <w:t>E SE...</w:t>
            </w:r>
          </w:p>
          <w:p w14:paraId="0F73AA66" w14:textId="77777777" w:rsidR="008B3CAC" w:rsidRDefault="00FD7B84">
            <w:r>
              <w:rPr>
                <w:b/>
                <w:sz w:val="24"/>
              </w:rPr>
              <w:t>...todos os brinquedos fossem de todos?</w:t>
            </w:r>
          </w:p>
          <w:p w14:paraId="635CD6F5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Quem cuidaria deles?</w:t>
            </w:r>
          </w:p>
        </w:tc>
      </w:tr>
      <w:tr w:rsidR="008B3CAC" w14:paraId="301C3CF5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0F736604" w14:textId="77777777" w:rsidR="008B3CAC" w:rsidRDefault="00FD7B84">
            <w:r>
              <w:rPr>
                <w:b/>
                <w:color w:val="D26E2E"/>
                <w:sz w:val="16"/>
              </w:rPr>
              <w:t>E SE...</w:t>
            </w:r>
          </w:p>
          <w:p w14:paraId="591D566F" w14:textId="77777777" w:rsidR="008B3CAC" w:rsidRDefault="00FD7B84">
            <w:r>
              <w:rPr>
                <w:b/>
                <w:sz w:val="24"/>
              </w:rPr>
              <w:t>...ninguém pudesse ver as cores?</w:t>
            </w:r>
          </w:p>
          <w:p w14:paraId="5589B5E4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O que mudaria no nosso dia?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1F13D64E" w14:textId="77777777" w:rsidR="008B3CAC" w:rsidRDefault="00FD7B84">
            <w:r>
              <w:rPr>
                <w:b/>
                <w:color w:val="285C85"/>
                <w:sz w:val="16"/>
              </w:rPr>
              <w:t>E SE...</w:t>
            </w:r>
          </w:p>
          <w:p w14:paraId="57112615" w14:textId="77777777" w:rsidR="008B3CAC" w:rsidRDefault="00FD7B84">
            <w:r>
              <w:rPr>
                <w:b/>
                <w:sz w:val="24"/>
              </w:rPr>
              <w:t>...uma escola não tivesse regras?</w:t>
            </w:r>
          </w:p>
          <w:p w14:paraId="47EED2DD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Como seria usar o mesmo espaço?</w:t>
            </w:r>
          </w:p>
        </w:tc>
      </w:tr>
      <w:tr w:rsidR="008B3CAC" w14:paraId="55FCB21E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4E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465B4038" w14:textId="77777777" w:rsidR="008B3CAC" w:rsidRDefault="00FD7B84">
            <w:r>
              <w:rPr>
                <w:b/>
                <w:color w:val="D26E2E"/>
                <w:sz w:val="16"/>
              </w:rPr>
              <w:t>E SE...</w:t>
            </w:r>
          </w:p>
          <w:p w14:paraId="35BB8D8B" w14:textId="77777777" w:rsidR="008B3CAC" w:rsidRDefault="00FD7B84">
            <w:r>
              <w:rPr>
                <w:b/>
                <w:sz w:val="24"/>
              </w:rPr>
              <w:t>...pudéssemos ler os pensamentos?</w:t>
            </w:r>
          </w:p>
          <w:p w14:paraId="7731E83B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Ainda haveria segredos?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0A71E5D" w14:textId="77777777" w:rsidR="008B3CAC" w:rsidRDefault="00FD7B84">
            <w:r>
              <w:rPr>
                <w:b/>
                <w:color w:val="285C85"/>
                <w:sz w:val="16"/>
              </w:rPr>
              <w:t>E SE...</w:t>
            </w:r>
          </w:p>
          <w:p w14:paraId="3644A43C" w14:textId="77777777" w:rsidR="008B3CAC" w:rsidRDefault="00FD7B84">
            <w:r>
              <w:rPr>
                <w:b/>
                <w:sz w:val="24"/>
              </w:rPr>
              <w:t>...o tempo parasse durante o recreio?</w:t>
            </w:r>
          </w:p>
          <w:p w14:paraId="025D7275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Poderíamos continuar a brincar?</w:t>
            </w:r>
          </w:p>
        </w:tc>
      </w:tr>
      <w:tr w:rsidR="008B3CAC" w14:paraId="61EFE9D0" w14:textId="77777777">
        <w:trPr>
          <w:trHeight w:val="2563"/>
          <w:jc w:val="center"/>
        </w:trPr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FFFFFF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5A4A0AE8" w14:textId="77777777" w:rsidR="008B3CAC" w:rsidRDefault="00FD7B84">
            <w:r>
              <w:rPr>
                <w:b/>
                <w:color w:val="D26E2E"/>
                <w:sz w:val="16"/>
              </w:rPr>
              <w:t>E SE...</w:t>
            </w:r>
          </w:p>
          <w:p w14:paraId="6591473D" w14:textId="77777777" w:rsidR="008B3CAC" w:rsidRDefault="00FD7B84">
            <w:r>
              <w:rPr>
                <w:b/>
                <w:sz w:val="24"/>
              </w:rPr>
              <w:t>...toda a gente dissesse sempre o que pensa?</w:t>
            </w:r>
          </w:p>
          <w:p w14:paraId="1166CAA7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Haveria modos de cuidar dos outros?</w:t>
            </w:r>
          </w:p>
        </w:tc>
        <w:tc>
          <w:tcPr>
            <w:tcW w:w="5188" w:type="dxa"/>
            <w:tcBorders>
              <w:top w:val="dashed" w:sz="6" w:space="0" w:color="CCD6DE"/>
              <w:left w:val="dashed" w:sz="6" w:space="0" w:color="CCD6DE"/>
              <w:bottom w:val="dashed" w:sz="6" w:space="0" w:color="CCD6DE"/>
              <w:right w:val="dashed" w:sz="6" w:space="0" w:color="CCD6DE"/>
            </w:tcBorders>
            <w:shd w:val="clear" w:color="auto" w:fill="EFF4F8"/>
            <w:tcMar>
              <w:top w:w="130" w:type="dxa"/>
              <w:left w:w="145" w:type="dxa"/>
              <w:bottom w:w="110" w:type="dxa"/>
              <w:right w:w="145" w:type="dxa"/>
            </w:tcMar>
            <w:vAlign w:val="center"/>
          </w:tcPr>
          <w:p w14:paraId="2F7913D4" w14:textId="77777777" w:rsidR="008B3CAC" w:rsidRDefault="00FD7B84">
            <w:r>
              <w:rPr>
                <w:b/>
                <w:color w:val="285C85"/>
                <w:sz w:val="16"/>
              </w:rPr>
              <w:t>E SE...</w:t>
            </w:r>
          </w:p>
          <w:p w14:paraId="52FA7778" w14:textId="77777777" w:rsidR="008B3CAC" w:rsidRDefault="00FD7B84">
            <w:r>
              <w:rPr>
                <w:b/>
                <w:sz w:val="24"/>
              </w:rPr>
              <w:t>...cada criança criasse uma regra de jogo?</w:t>
            </w:r>
          </w:p>
          <w:p w14:paraId="6DC60D0F" w14:textId="77777777" w:rsidR="008B3CAC" w:rsidRDefault="00FD7B84">
            <w:r>
              <w:rPr>
                <w:b/>
                <w:color w:val="D26E2E"/>
                <w:sz w:val="14"/>
              </w:rPr>
              <w:t xml:space="preserve">PARA DIALOGAR  </w:t>
            </w:r>
            <w:r>
              <w:rPr>
                <w:color w:val="5D6770"/>
                <w:sz w:val="18"/>
              </w:rPr>
              <w:t>Que regras entrariam em conflito?</w:t>
            </w:r>
          </w:p>
        </w:tc>
      </w:tr>
    </w:tbl>
    <w:p w14:paraId="4BE9CA05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Após cada resposta, pedir uma razão, um exemplo ou outra possibilidade. Não usar os cartões como perguntas de resposta «certa».</w:t>
      </w:r>
    </w:p>
    <w:p w14:paraId="62F80C83" w14:textId="77777777" w:rsidR="008B3CAC" w:rsidRDefault="00FD7B84">
      <w:r>
        <w:br w:type="page"/>
      </w:r>
    </w:p>
    <w:p w14:paraId="6104F09A" w14:textId="77777777" w:rsidR="008B3CAC" w:rsidRDefault="00FD7B84">
      <w:r>
        <w:rPr>
          <w:b/>
          <w:sz w:val="34"/>
        </w:rPr>
        <w:lastRenderedPageBreak/>
        <w:t>10  Laboratório de Pensamento</w:t>
      </w:r>
    </w:p>
    <w:p w14:paraId="158F3D2F" w14:textId="77777777" w:rsidR="008B3CAC" w:rsidRDefault="00FD7B84">
      <w:r>
        <w:rPr>
          <w:b/>
          <w:color w:val="D26E2E"/>
          <w:sz w:val="16"/>
        </w:rPr>
        <w:t>TABULEIRO E FICHAS DE APOIO</w:t>
      </w:r>
      <w:r>
        <w:rPr>
          <w:color w:val="5D6770"/>
          <w:sz w:val="17"/>
        </w:rPr>
        <w:t xml:space="preserve">  •  Materiais reutilizáveis e espaço para pensar em conjunto.</w:t>
      </w:r>
    </w:p>
    <w:p w14:paraId="332AE381" w14:textId="77777777" w:rsidR="008B3CAC" w:rsidRDefault="00FD7B84">
      <w:r>
        <w:rPr>
          <w:b/>
          <w:color w:val="D26E2E"/>
          <w:sz w:val="18"/>
        </w:rPr>
        <w:t>FICHA «E SE...? »  •  imaginar, explicar e voltar a pensar.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1E07FE68" w14:textId="77777777">
        <w:trPr>
          <w:trHeight w:val="107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F66A4E2" w14:textId="77777777" w:rsidR="008B3CAC" w:rsidRDefault="00FD7B84">
            <w:r>
              <w:rPr>
                <w:b/>
                <w:color w:val="D26E2E"/>
                <w:sz w:val="18"/>
              </w:rPr>
              <w:t>1  O NOSSO MUNDO IMAGINADO</w:t>
            </w:r>
          </w:p>
          <w:p w14:paraId="6FD01D7C" w14:textId="77777777" w:rsidR="008B3CAC" w:rsidRDefault="00FD7B84">
            <w:r>
              <w:t>E se... __________________________________________________________</w:t>
            </w:r>
          </w:p>
        </w:tc>
      </w:tr>
      <w:tr w:rsidR="008B3CAC" w14:paraId="15938075" w14:textId="77777777">
        <w:trPr>
          <w:trHeight w:val="147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3B7A609" w14:textId="77777777" w:rsidR="008B3CAC" w:rsidRDefault="00FD7B84">
            <w:r>
              <w:rPr>
                <w:b/>
                <w:color w:val="D26E2E"/>
                <w:sz w:val="18"/>
              </w:rPr>
              <w:t>2  UMA POSSIBILIDADE</w:t>
            </w:r>
          </w:p>
          <w:p w14:paraId="27698156" w14:textId="77777777" w:rsidR="008B3CAC" w:rsidRDefault="00FD7B84">
            <w:r>
              <w:t>Nesse mundo, poderia acontecer que...</w:t>
            </w:r>
            <w:r>
              <w:br/>
            </w:r>
            <w:r>
              <w:br/>
              <w:t>___________________________________________________________________</w:t>
            </w:r>
          </w:p>
        </w:tc>
      </w:tr>
      <w:tr w:rsidR="008B3CAC" w14:paraId="25CB80AB" w14:textId="77777777">
        <w:trPr>
          <w:trHeight w:val="147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4E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6B3D587" w14:textId="77777777" w:rsidR="008B3CAC" w:rsidRDefault="00FD7B84">
            <w:r>
              <w:rPr>
                <w:b/>
                <w:color w:val="D26E2E"/>
                <w:sz w:val="18"/>
              </w:rPr>
              <w:t>3  UMA RAZÃO</w:t>
            </w:r>
          </w:p>
          <w:p w14:paraId="4C1391C1" w14:textId="77777777" w:rsidR="008B3CAC" w:rsidRDefault="00FD7B84">
            <w:r>
              <w:t>Pensamos isso porque...</w:t>
            </w:r>
            <w:r>
              <w:br/>
            </w:r>
            <w:r>
              <w:br/>
              <w:t>___________________________________________________________________</w:t>
            </w:r>
          </w:p>
        </w:tc>
      </w:tr>
      <w:tr w:rsidR="008B3CAC" w14:paraId="0F9E6F7A" w14:textId="77777777">
        <w:trPr>
          <w:trHeight w:val="158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B13D4A6" w14:textId="77777777" w:rsidR="008B3CAC" w:rsidRDefault="00FD7B84">
            <w:r>
              <w:rPr>
                <w:b/>
                <w:color w:val="D26E2E"/>
                <w:sz w:val="18"/>
              </w:rPr>
              <w:t>4  EXPERIMENTAR UM NOVO CASO</w:t>
            </w:r>
          </w:p>
          <w:p w14:paraId="12D1A472" w14:textId="77777777" w:rsidR="008B3CAC" w:rsidRDefault="00FD7B84">
            <w:r>
              <w:t>Mas e se... _______________________________________________________</w:t>
            </w:r>
            <w:r>
              <w:br/>
              <w:t>A nossa ideia ainda funciona? _____________________________________</w:t>
            </w:r>
          </w:p>
        </w:tc>
      </w:tr>
      <w:tr w:rsidR="008B3CAC" w14:paraId="4EB0DE57" w14:textId="77777777">
        <w:trPr>
          <w:trHeight w:val="1417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C27486D" w14:textId="77777777" w:rsidR="008B3CAC" w:rsidRDefault="00FD7B84">
            <w:r>
              <w:rPr>
                <w:b/>
                <w:color w:val="D26E2E"/>
                <w:sz w:val="18"/>
              </w:rPr>
              <w:t>5  NOVA PERGUNTA</w:t>
            </w:r>
          </w:p>
          <w:p w14:paraId="1A1264C7" w14:textId="77777777" w:rsidR="008B3CAC" w:rsidRDefault="00FD7B84">
            <w:r>
              <w:t>Agora queremos perguntar...</w:t>
            </w:r>
            <w:r>
              <w:br/>
            </w:r>
            <w:r>
              <w:br/>
              <w:t>___________________________________________________________________</w:t>
            </w:r>
          </w:p>
        </w:tc>
      </w:tr>
    </w:tbl>
    <w:p w14:paraId="724E8459" w14:textId="77777777" w:rsidR="008B3CAC" w:rsidRDefault="00FD7B84">
      <w:r>
        <w:rPr>
          <w:b/>
          <w:color w:val="D26E2E"/>
          <w:sz w:val="17"/>
        </w:rPr>
        <w:t xml:space="preserve">DICA DE FACILITAÇÃO  </w:t>
      </w:r>
      <w:r>
        <w:rPr>
          <w:color w:val="5D6770"/>
          <w:sz w:val="18"/>
        </w:rPr>
        <w:t>Regra comum: transformar o cartão numa pergunta aberta, ouvir ideias diferentes e terminar com uma nova pergunta.</w:t>
      </w:r>
    </w:p>
    <w:p w14:paraId="493834E1" w14:textId="77777777" w:rsidR="008B3CAC" w:rsidRDefault="00FD7B84">
      <w:r>
        <w:br w:type="page"/>
      </w:r>
    </w:p>
    <w:p w14:paraId="0C5180F8" w14:textId="77777777" w:rsidR="008B3CAC" w:rsidRDefault="00FD7B84">
      <w:pPr>
        <w:pStyle w:val="Ttulo1"/>
      </w:pPr>
      <w:r>
        <w:lastRenderedPageBreak/>
        <w:t>REGISTO RÁPIDO DE UMA SESSÃO</w:t>
      </w:r>
    </w:p>
    <w:p w14:paraId="2DCD6CC8" w14:textId="77777777" w:rsidR="008B3CAC" w:rsidRDefault="00FD7B84">
      <w:r>
        <w:rPr>
          <w:color w:val="5D6770"/>
          <w:sz w:val="19"/>
        </w:rPr>
        <w:t>Ficha reutilizável para qualquer um dos dez jogos. Observar os processos do diálogo, não dar nota às ideias.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76"/>
      </w:tblGrid>
      <w:tr w:rsidR="008B3CAC" w14:paraId="4123B89D" w14:textId="77777777">
        <w:trPr>
          <w:trHeight w:val="1474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EFF4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CD30175" w14:textId="77777777" w:rsidR="008B3CAC" w:rsidRDefault="00FD7B84">
            <w:r>
              <w:rPr>
                <w:b/>
                <w:color w:val="D26E2E"/>
                <w:sz w:val="18"/>
              </w:rPr>
              <w:t>IDENTIFICAÇÃO</w:t>
            </w:r>
          </w:p>
          <w:p w14:paraId="05EBC651" w14:textId="77777777" w:rsidR="008B3CAC" w:rsidRDefault="00FD7B84">
            <w:r>
              <w:t>Jogo: ___________________________________________  Data: ______________</w:t>
            </w:r>
            <w:r>
              <w:br/>
            </w:r>
            <w:r>
              <w:t>Grupo/turma: __________________________  Pergunta central: __________________________</w:t>
            </w:r>
          </w:p>
        </w:tc>
      </w:tr>
      <w:tr w:rsidR="008B3CAC" w14:paraId="0F362ADD" w14:textId="77777777">
        <w:trPr>
          <w:trHeight w:val="1389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26E38CD" w14:textId="77777777" w:rsidR="008B3CAC" w:rsidRDefault="00FD7B84">
            <w:r>
              <w:rPr>
                <w:b/>
                <w:color w:val="D26E2E"/>
                <w:sz w:val="18"/>
              </w:rPr>
              <w:t>PERGUNTAS DAS CRIANÇAS</w:t>
            </w:r>
          </w:p>
          <w:p w14:paraId="2985DB2E" w14:textId="77777777" w:rsidR="008B3CAC" w:rsidRDefault="00FD7B84">
            <w:r>
              <w:t>Que perguntas novas surgiram?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  <w:tr w:rsidR="008B3CAC" w14:paraId="1F04D97A" w14:textId="77777777">
        <w:trPr>
          <w:trHeight w:val="1389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C1707C6" w14:textId="77777777" w:rsidR="008B3CAC" w:rsidRDefault="00FD7B84">
            <w:r>
              <w:rPr>
                <w:b/>
                <w:color w:val="D26E2E"/>
                <w:sz w:val="18"/>
              </w:rPr>
              <w:t>RAZÕES E EXEMPLOS</w:t>
            </w:r>
          </w:p>
          <w:p w14:paraId="0A920635" w14:textId="77777777" w:rsidR="008B3CAC" w:rsidRDefault="00FD7B84">
            <w:r>
              <w:t>Que «porque...» ou exemplos ajudaram a conversa?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  <w:tr w:rsidR="008B3CAC" w14:paraId="52DCA380" w14:textId="77777777">
        <w:trPr>
          <w:trHeight w:val="1389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817D5F8" w14:textId="77777777" w:rsidR="008B3CAC" w:rsidRDefault="00FD7B84">
            <w:r>
              <w:rPr>
                <w:b/>
                <w:color w:val="D26E2E"/>
                <w:sz w:val="18"/>
              </w:rPr>
              <w:t>ESCUTA E RELAÇÃO COM OUTRAS IDEIAS</w:t>
            </w:r>
          </w:p>
          <w:p w14:paraId="65784ADB" w14:textId="77777777" w:rsidR="008B3CAC" w:rsidRDefault="00FD7B84">
            <w:r>
              <w:t>Houve alguém que retomou, reformulou ou questionou uma ideia anterior?</w:t>
            </w:r>
            <w:r>
              <w:br/>
            </w:r>
            <w:r>
              <w:br/>
            </w:r>
            <w:r>
              <w:t>____________________________________________________________________</w:t>
            </w:r>
          </w:p>
        </w:tc>
      </w:tr>
      <w:tr w:rsidR="008B3CAC" w14:paraId="62F61A68" w14:textId="77777777">
        <w:trPr>
          <w:trHeight w:val="1389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5794D93" w14:textId="77777777" w:rsidR="008B3CAC" w:rsidRDefault="00FD7B84">
            <w:r>
              <w:rPr>
                <w:b/>
                <w:color w:val="D26E2E"/>
                <w:sz w:val="18"/>
              </w:rPr>
              <w:t>REVISÃO DO PENSAMENTO</w:t>
            </w:r>
          </w:p>
          <w:p w14:paraId="49A1E5B5" w14:textId="77777777" w:rsidR="008B3CAC" w:rsidRDefault="00FD7B84">
            <w:r>
              <w:t>Alguma criança mudou, afinou ou problematizou uma ideia?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  <w:tr w:rsidR="008B3CAC" w14:paraId="092724C6" w14:textId="77777777">
        <w:trPr>
          <w:trHeight w:val="1389"/>
        </w:trPr>
        <w:tc>
          <w:tcPr>
            <w:tcW w:w="10376" w:type="dxa"/>
            <w:tcBorders>
              <w:top w:val="single" w:sz="6" w:space="0" w:color="CCD6DE"/>
              <w:left w:val="single" w:sz="6" w:space="0" w:color="CCD6DE"/>
              <w:bottom w:val="single" w:sz="6" w:space="0" w:color="CCD6DE"/>
              <w:right w:val="single" w:sz="6" w:space="0" w:color="CCD6DE"/>
            </w:tcBorders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5FF6D4" w14:textId="77777777" w:rsidR="008B3CAC" w:rsidRDefault="00FD7B84">
            <w:r>
              <w:rPr>
                <w:b/>
                <w:color w:val="D26E2E"/>
                <w:sz w:val="18"/>
              </w:rPr>
              <w:t>PARA A PRÓXIMA SESSÃO</w:t>
            </w:r>
          </w:p>
          <w:p w14:paraId="7A8CDDD5" w14:textId="77777777" w:rsidR="008B3CAC" w:rsidRDefault="00FD7B84">
            <w:r>
              <w:t>Uma pergunta que merece voltar à roda:</w:t>
            </w:r>
            <w:r>
              <w:br/>
            </w:r>
            <w:r>
              <w:br/>
              <w:t>____________________________________________________________________</w:t>
            </w:r>
          </w:p>
        </w:tc>
      </w:tr>
    </w:tbl>
    <w:p w14:paraId="3DBA8517" w14:textId="77777777" w:rsidR="008B3CAC" w:rsidRDefault="00FD7B84">
      <w:r>
        <w:rPr>
          <w:b/>
          <w:color w:val="285C85"/>
          <w:sz w:val="18"/>
        </w:rPr>
        <w:t>A filosofia está no caminho percorrido em conjunto: perguntar, escutar, procurar razões, imaginar alternativas e continuar a pensar.</w:t>
      </w:r>
    </w:p>
    <w:sectPr w:rsidR="008B3CAC" w:rsidSect="00034616">
      <w:headerReference w:type="default" r:id="rId8"/>
      <w:footerReference w:type="default" r:id="rId9"/>
      <w:pgSz w:w="11906" w:h="16838"/>
      <w:pgMar w:top="822" w:right="765" w:bottom="765" w:left="765" w:header="32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78DE" w14:textId="77777777" w:rsidR="00FD7B84" w:rsidRDefault="00FD7B84">
      <w:pPr>
        <w:spacing w:after="0" w:line="240" w:lineRule="auto"/>
      </w:pPr>
      <w:r>
        <w:separator/>
      </w:r>
    </w:p>
  </w:endnote>
  <w:endnote w:type="continuationSeparator" w:id="0">
    <w:p w14:paraId="0B5DC734" w14:textId="77777777" w:rsidR="00FD7B84" w:rsidRDefault="00FD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A4DA" w14:textId="77777777" w:rsidR="008B3CAC" w:rsidRDefault="00FD7B84">
    <w:pPr>
      <w:pStyle w:val="Rodap"/>
      <w:jc w:val="center"/>
    </w:pPr>
    <w:proofErr w:type="spellStart"/>
    <w:proofErr w:type="gramStart"/>
    <w:r>
      <w:rPr>
        <w:color w:val="5D6770"/>
        <w:sz w:val="16"/>
      </w:rPr>
      <w:t>Diálogo</w:t>
    </w:r>
    <w:proofErr w:type="spellEnd"/>
    <w:r>
      <w:rPr>
        <w:color w:val="5D6770"/>
        <w:sz w:val="16"/>
      </w:rPr>
      <w:t xml:space="preserve">  •</w:t>
    </w:r>
    <w:proofErr w:type="gramEnd"/>
    <w:r>
      <w:rPr>
        <w:color w:val="5D6770"/>
        <w:sz w:val="16"/>
      </w:rPr>
      <w:t xml:space="preserve">  </w:t>
    </w:r>
    <w:proofErr w:type="spellStart"/>
    <w:proofErr w:type="gramStart"/>
    <w:r>
      <w:rPr>
        <w:color w:val="5D6770"/>
        <w:sz w:val="16"/>
      </w:rPr>
      <w:t>perguntas</w:t>
    </w:r>
    <w:proofErr w:type="spellEnd"/>
    <w:r>
      <w:rPr>
        <w:color w:val="5D6770"/>
        <w:sz w:val="16"/>
      </w:rPr>
      <w:t xml:space="preserve">  •</w:t>
    </w:r>
    <w:proofErr w:type="gramEnd"/>
    <w:r>
      <w:rPr>
        <w:color w:val="5D6770"/>
        <w:sz w:val="16"/>
      </w:rPr>
      <w:t xml:space="preserve">  </w:t>
    </w:r>
    <w:proofErr w:type="spellStart"/>
    <w:proofErr w:type="gramStart"/>
    <w:r>
      <w:rPr>
        <w:color w:val="5D6770"/>
        <w:sz w:val="16"/>
      </w:rPr>
      <w:t>razões</w:t>
    </w:r>
    <w:proofErr w:type="spellEnd"/>
    <w:r>
      <w:rPr>
        <w:color w:val="5D6770"/>
        <w:sz w:val="16"/>
      </w:rPr>
      <w:t xml:space="preserve">  •</w:t>
    </w:r>
    <w:proofErr w:type="gramEnd"/>
    <w:r>
      <w:rPr>
        <w:color w:val="5D6770"/>
        <w:sz w:val="16"/>
      </w:rPr>
      <w:t xml:space="preserve">  </w:t>
    </w:r>
    <w:proofErr w:type="spellStart"/>
    <w:r>
      <w:rPr>
        <w:color w:val="5D6770"/>
        <w:sz w:val="16"/>
      </w:rPr>
      <w:t>escuta</w:t>
    </w:r>
    <w:proofErr w:type="spellEnd"/>
    <w:r>
      <w:rPr>
        <w:color w:val="5D6770"/>
        <w:sz w:val="16"/>
      </w:rPr>
      <w:t xml:space="preserve">         |         </w:t>
    </w:r>
    <w:r>
      <w:fldChar w:fldCharType="begin"/>
    </w:r>
    <w:r>
      <w:instrText>PAGE</w:instrText>
    </w:r>
    <w:r>
      <w:fldChar w:fldCharType="separate"/>
    </w:r>
    <w:r w:rsidR="00776D7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6E32C" w14:textId="77777777" w:rsidR="00FD7B84" w:rsidRDefault="00FD7B84">
      <w:pPr>
        <w:spacing w:after="0" w:line="240" w:lineRule="auto"/>
      </w:pPr>
      <w:r>
        <w:separator/>
      </w:r>
    </w:p>
  </w:footnote>
  <w:footnote w:type="continuationSeparator" w:id="0">
    <w:p w14:paraId="7429D127" w14:textId="77777777" w:rsidR="00FD7B84" w:rsidRDefault="00FD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7CF2" w14:textId="77777777" w:rsidR="008B3CAC" w:rsidRDefault="00FD7B84">
    <w:pPr>
      <w:pStyle w:val="Cabealho"/>
      <w:jc w:val="right"/>
    </w:pPr>
    <w:r>
      <w:rPr>
        <w:b/>
        <w:color w:val="5D6770"/>
        <w:sz w:val="14"/>
      </w:rPr>
      <w:t xml:space="preserve">KIT </w:t>
    </w:r>
    <w:proofErr w:type="gramStart"/>
    <w:r>
      <w:rPr>
        <w:b/>
        <w:color w:val="5D6770"/>
        <w:sz w:val="14"/>
      </w:rPr>
      <w:t>IMPRIMÍVEL  /</w:t>
    </w:r>
    <w:proofErr w:type="gramEnd"/>
    <w:r>
      <w:rPr>
        <w:b/>
        <w:color w:val="5D6770"/>
        <w:sz w:val="14"/>
      </w:rPr>
      <w:t xml:space="preserve">  FILOSOFIA COM CRIANÇAS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1872277">
    <w:abstractNumId w:val="8"/>
  </w:num>
  <w:num w:numId="2" w16cid:durableId="2035569976">
    <w:abstractNumId w:val="6"/>
  </w:num>
  <w:num w:numId="3" w16cid:durableId="1559130821">
    <w:abstractNumId w:val="5"/>
  </w:num>
  <w:num w:numId="4" w16cid:durableId="460920319">
    <w:abstractNumId w:val="4"/>
  </w:num>
  <w:num w:numId="5" w16cid:durableId="1247574835">
    <w:abstractNumId w:val="7"/>
  </w:num>
  <w:num w:numId="6" w16cid:durableId="2090346850">
    <w:abstractNumId w:val="3"/>
  </w:num>
  <w:num w:numId="7" w16cid:durableId="231234540">
    <w:abstractNumId w:val="2"/>
  </w:num>
  <w:num w:numId="8" w16cid:durableId="965744581">
    <w:abstractNumId w:val="1"/>
  </w:num>
  <w:num w:numId="9" w16cid:durableId="161540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6D75"/>
    <w:rsid w:val="008B3CAC"/>
    <w:rsid w:val="00AA1D8D"/>
    <w:rsid w:val="00B47730"/>
    <w:rsid w:val="00C07498"/>
    <w:rsid w:val="00CB0664"/>
    <w:rsid w:val="00FC693F"/>
    <w:rsid w:val="00FD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831D7"/>
  <w14:defaultImageDpi w14:val="300"/>
  <w15:docId w15:val="{0CFF2B4D-49C7-4EB2-B31D-47D8108E7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03B5B"/>
      <w:sz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85C85"/>
      <w:sz w:val="24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3578</Words>
  <Characters>19323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materiais para 10 jogos filosóficos — pré-escolar e 1.º ciclo</dc:title>
  <dc:subject>Cartões, tabuleiros e fichas para promoção do diálogo filosófico</dc:subject>
  <dc:creator>Material pedagógico para educadores e professores</dc:creator>
  <cp:keywords>Filosofia para crianças, pré-escolar, 1.º ciclo, diálogo filosófico</cp:keywords>
  <dc:description>generated by python-docx</dc:description>
  <cp:lastModifiedBy>APEFP Braga</cp:lastModifiedBy>
  <cp:revision>2</cp:revision>
  <dcterms:created xsi:type="dcterms:W3CDTF">2026-09-19T23:02:00Z</dcterms:created>
  <dcterms:modified xsi:type="dcterms:W3CDTF">2026-09-19T23:02:00Z</dcterms:modified>
  <cp:category/>
</cp:coreProperties>
</file>