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EFC2E8" w14:textId="77777777" w:rsidR="00C333D6" w:rsidRDefault="0073266C">
      <w:pPr>
        <w:spacing w:after="40"/>
        <w:jc w:val="center"/>
      </w:pPr>
      <w:r>
        <w:rPr>
          <w:noProof/>
        </w:rPr>
        <w:drawing>
          <wp:inline distT="0" distB="0" distL="0" distR="0" wp14:anchorId="119AE5B5" wp14:editId="7E6AFAC9">
            <wp:extent cx="954000" cy="954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efp_logo_2022_redondo(2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4000" cy="9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53DA8" w14:textId="77777777" w:rsidR="00C333D6" w:rsidRDefault="0073266C">
      <w:pPr>
        <w:spacing w:after="0"/>
        <w:jc w:val="center"/>
      </w:pPr>
      <w:r>
        <w:rPr>
          <w:b/>
          <w:color w:val="082B60"/>
          <w:sz w:val="36"/>
        </w:rPr>
        <w:t>APEFP</w:t>
      </w:r>
    </w:p>
    <w:p w14:paraId="58EB4E24" w14:textId="77777777" w:rsidR="00C333D6" w:rsidRDefault="0073266C">
      <w:pPr>
        <w:spacing w:after="80"/>
        <w:jc w:val="center"/>
      </w:pPr>
      <w:proofErr w:type="spellStart"/>
      <w:r>
        <w:rPr>
          <w:color w:val="082B60"/>
          <w:sz w:val="19"/>
        </w:rPr>
        <w:t>Associação</w:t>
      </w:r>
      <w:proofErr w:type="spellEnd"/>
      <w:r>
        <w:rPr>
          <w:color w:val="082B60"/>
          <w:sz w:val="19"/>
        </w:rPr>
        <w:t xml:space="preserve"> Portuguesa de </w:t>
      </w:r>
      <w:proofErr w:type="spellStart"/>
      <w:r>
        <w:rPr>
          <w:color w:val="082B60"/>
          <w:sz w:val="19"/>
        </w:rPr>
        <w:t>Ética</w:t>
      </w:r>
      <w:proofErr w:type="spellEnd"/>
      <w:r>
        <w:rPr>
          <w:color w:val="082B60"/>
          <w:sz w:val="19"/>
        </w:rPr>
        <w:t xml:space="preserve"> e Filosofia </w:t>
      </w:r>
      <w:proofErr w:type="spellStart"/>
      <w:r>
        <w:rPr>
          <w:color w:val="082B60"/>
          <w:sz w:val="19"/>
        </w:rPr>
        <w:t>Prática</w:t>
      </w:r>
      <w:proofErr w:type="spellEnd"/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6D66F4DF" w14:textId="77777777">
        <w:trPr>
          <w:jc w:val="center"/>
        </w:trPr>
        <w:tc>
          <w:tcPr>
            <w:tcW w:w="10206" w:type="dxa"/>
            <w:tcBorders>
              <w:top w:val="single" w:sz="8" w:space="0" w:color="082B60"/>
              <w:left w:val="single" w:sz="8" w:space="0" w:color="082B60"/>
              <w:bottom w:val="single" w:sz="8" w:space="0" w:color="082B60"/>
              <w:right w:val="single" w:sz="8" w:space="0" w:color="082B60"/>
            </w:tcBorders>
            <w:shd w:val="clear" w:color="auto" w:fill="082B60"/>
            <w:tcMar>
              <w:top w:w="130" w:type="dxa"/>
              <w:left w:w="140" w:type="dxa"/>
              <w:bottom w:w="130" w:type="dxa"/>
              <w:right w:w="140" w:type="dxa"/>
            </w:tcMar>
          </w:tcPr>
          <w:p w14:paraId="56219B6F" w14:textId="77777777" w:rsidR="00C333D6" w:rsidRDefault="0073266C">
            <w:pPr>
              <w:jc w:val="center"/>
            </w:pPr>
            <w:r>
              <w:rPr>
                <w:b/>
                <w:color w:val="FFFFFF"/>
                <w:sz w:val="34"/>
              </w:rPr>
              <w:t>FICHA DE TRABALHO INDIVIDUAL</w:t>
            </w:r>
          </w:p>
          <w:p w14:paraId="6254E1CA" w14:textId="77777777" w:rsidR="00C333D6" w:rsidRDefault="0073266C">
            <w:pPr>
              <w:spacing w:before="60"/>
              <w:jc w:val="center"/>
            </w:pPr>
            <w:proofErr w:type="spellStart"/>
            <w:r>
              <w:rPr>
                <w:b/>
                <w:color w:val="F58220"/>
                <w:sz w:val="26"/>
              </w:rPr>
              <w:t>Miniprojeto</w:t>
            </w:r>
            <w:proofErr w:type="spellEnd"/>
            <w:r>
              <w:rPr>
                <w:b/>
                <w:color w:val="F58220"/>
                <w:sz w:val="26"/>
              </w:rPr>
              <w:t xml:space="preserve"> de </w:t>
            </w:r>
            <w:proofErr w:type="spellStart"/>
            <w:r>
              <w:rPr>
                <w:b/>
                <w:color w:val="F58220"/>
                <w:sz w:val="26"/>
              </w:rPr>
              <w:t>Voluntariado</w:t>
            </w:r>
            <w:proofErr w:type="spellEnd"/>
          </w:p>
        </w:tc>
      </w:tr>
    </w:tbl>
    <w:p w14:paraId="21CCFDD5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414D034B" w14:textId="77777777">
        <w:trPr>
          <w:jc w:val="center"/>
        </w:trPr>
        <w:tc>
          <w:tcPr>
            <w:tcW w:w="10206" w:type="dxa"/>
            <w:tcBorders>
              <w:top w:val="single" w:sz="4" w:space="0" w:color="F58220"/>
              <w:left w:val="single" w:sz="4" w:space="0" w:color="F58220"/>
              <w:bottom w:val="single" w:sz="4" w:space="0" w:color="F58220"/>
              <w:right w:val="single" w:sz="4" w:space="0" w:color="F58220"/>
            </w:tcBorders>
            <w:shd w:val="clear" w:color="auto" w:fill="F5822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032A0BB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IDENTIFICAÇÃO DA AÇÃO</w:t>
            </w:r>
          </w:p>
        </w:tc>
      </w:tr>
    </w:tbl>
    <w:p w14:paraId="42843A86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C333D6" w14:paraId="0E6153B1" w14:textId="77777777">
        <w:trPr>
          <w:cantSplit/>
          <w:trHeight w:val="408"/>
          <w:jc w:val="center"/>
        </w:trPr>
        <w:tc>
          <w:tcPr>
            <w:tcW w:w="238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5C5FE32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Formação</w:t>
            </w:r>
            <w:proofErr w:type="spellEnd"/>
          </w:p>
        </w:tc>
        <w:tc>
          <w:tcPr>
            <w:tcW w:w="782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7B5A3FF" w14:textId="77777777" w:rsidR="00C333D6" w:rsidRDefault="0073266C">
            <w:pPr>
              <w:spacing w:after="0" w:line="240" w:lineRule="auto"/>
            </w:pPr>
            <w:r>
              <w:rPr>
                <w:sz w:val="20"/>
              </w:rPr>
              <w:t xml:space="preserve">A </w:t>
            </w:r>
            <w:proofErr w:type="spellStart"/>
            <w:r>
              <w:rPr>
                <w:sz w:val="20"/>
              </w:rPr>
              <w:t>Ética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Prática</w:t>
            </w:r>
            <w:proofErr w:type="spellEnd"/>
            <w:r>
              <w:rPr>
                <w:sz w:val="20"/>
              </w:rPr>
              <w:t xml:space="preserve">: Filosofia do </w:t>
            </w:r>
            <w:proofErr w:type="spellStart"/>
            <w:r>
              <w:rPr>
                <w:sz w:val="20"/>
              </w:rPr>
              <w:t>Voluntariado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Didática</w:t>
            </w:r>
            <w:proofErr w:type="spellEnd"/>
            <w:r>
              <w:rPr>
                <w:sz w:val="20"/>
              </w:rPr>
              <w:t xml:space="preserve"> de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Inclusiva</w:t>
            </w:r>
            <w:proofErr w:type="spellEnd"/>
            <w:r>
              <w:rPr>
                <w:sz w:val="20"/>
              </w:rPr>
              <w:t xml:space="preserve"> - 15 horas </w:t>
            </w:r>
            <w:proofErr w:type="spellStart"/>
            <w:r>
              <w:rPr>
                <w:sz w:val="20"/>
              </w:rPr>
              <w:t>acreditadas</w:t>
            </w:r>
            <w:proofErr w:type="spellEnd"/>
          </w:p>
        </w:tc>
      </w:tr>
      <w:tr w:rsidR="00C333D6" w14:paraId="359CD5D1" w14:textId="77777777">
        <w:trPr>
          <w:cantSplit/>
          <w:trHeight w:val="351"/>
          <w:jc w:val="center"/>
        </w:trPr>
        <w:tc>
          <w:tcPr>
            <w:tcW w:w="238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6D47010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Formador</w:t>
            </w:r>
            <w:proofErr w:type="spellEnd"/>
            <w:r>
              <w:rPr>
                <w:b/>
                <w:color w:val="082B60"/>
                <w:sz w:val="19"/>
              </w:rPr>
              <w:t xml:space="preserve"> da </w:t>
            </w:r>
            <w:proofErr w:type="spellStart"/>
            <w:r>
              <w:rPr>
                <w:b/>
                <w:color w:val="082B60"/>
                <w:sz w:val="19"/>
              </w:rPr>
              <w:t>ação</w:t>
            </w:r>
            <w:proofErr w:type="spellEnd"/>
          </w:p>
        </w:tc>
        <w:tc>
          <w:tcPr>
            <w:tcW w:w="782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EDBE995" w14:textId="77777777" w:rsidR="00C333D6" w:rsidRDefault="0073266C">
            <w:pPr>
              <w:spacing w:after="0" w:line="240" w:lineRule="auto"/>
            </w:pPr>
            <w:r>
              <w:rPr>
                <w:sz w:val="20"/>
              </w:rPr>
              <w:t>Eugénio Oliveira</w:t>
            </w:r>
          </w:p>
        </w:tc>
      </w:tr>
    </w:tbl>
    <w:p w14:paraId="5CC380DA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151E4B31" w14:textId="77777777">
        <w:trPr>
          <w:jc w:val="center"/>
        </w:trPr>
        <w:tc>
          <w:tcPr>
            <w:tcW w:w="10206" w:type="dxa"/>
            <w:tcBorders>
              <w:top w:val="single" w:sz="6" w:space="0" w:color="F58220"/>
              <w:left w:val="single" w:sz="6" w:space="0" w:color="F58220"/>
              <w:bottom w:val="single" w:sz="6" w:space="0" w:color="F58220"/>
              <w:right w:val="single" w:sz="6" w:space="0" w:color="F58220"/>
            </w:tcBorders>
            <w:shd w:val="clear" w:color="auto" w:fill="FFF1E6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3330170" w14:textId="77777777" w:rsidR="00C333D6" w:rsidRDefault="0073266C">
            <w:pPr>
              <w:spacing w:after="40"/>
            </w:pPr>
            <w:proofErr w:type="spellStart"/>
            <w:r>
              <w:rPr>
                <w:b/>
                <w:color w:val="082B60"/>
              </w:rPr>
              <w:t>Desafio</w:t>
            </w:r>
            <w:proofErr w:type="spellEnd"/>
            <w:r>
              <w:rPr>
                <w:b/>
                <w:color w:val="082B60"/>
              </w:rPr>
              <w:t xml:space="preserve"> da </w:t>
            </w:r>
            <w:proofErr w:type="spellStart"/>
            <w:r>
              <w:rPr>
                <w:b/>
                <w:color w:val="082B60"/>
              </w:rPr>
              <w:t>atividade</w:t>
            </w:r>
            <w:proofErr w:type="spellEnd"/>
          </w:p>
          <w:p w14:paraId="66CB0226" w14:textId="77777777" w:rsidR="00C333D6" w:rsidRDefault="0073266C">
            <w:pPr>
              <w:spacing w:after="0" w:line="252" w:lineRule="auto"/>
            </w:pPr>
            <w:proofErr w:type="spellStart"/>
            <w:r>
              <w:rPr>
                <w:sz w:val="20"/>
              </w:rPr>
              <w:t>Concebe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proposta</w:t>
            </w:r>
            <w:proofErr w:type="spellEnd"/>
            <w:r>
              <w:rPr>
                <w:sz w:val="20"/>
              </w:rPr>
              <w:t xml:space="preserve"> simples de </w:t>
            </w:r>
            <w:proofErr w:type="spellStart"/>
            <w:r>
              <w:rPr>
                <w:sz w:val="20"/>
              </w:rPr>
              <w:t>voluntariado</w:t>
            </w:r>
            <w:proofErr w:type="spellEnd"/>
            <w:r>
              <w:rPr>
                <w:sz w:val="20"/>
              </w:rPr>
              <w:t xml:space="preserve">. No final, </w:t>
            </w:r>
            <w:proofErr w:type="spellStart"/>
            <w:r>
              <w:rPr>
                <w:sz w:val="20"/>
              </w:rPr>
              <w:t>apresenta</w:t>
            </w:r>
            <w:proofErr w:type="spellEnd"/>
            <w:r>
              <w:rPr>
                <w:sz w:val="20"/>
              </w:rPr>
              <w:t xml:space="preserve"> o </w:t>
            </w:r>
            <w:proofErr w:type="spellStart"/>
            <w:r>
              <w:rPr>
                <w:sz w:val="20"/>
              </w:rPr>
              <w:t>teu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miniprojeto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grupo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em</w:t>
            </w:r>
            <w:proofErr w:type="spellEnd"/>
            <w:r>
              <w:rPr>
                <w:sz w:val="20"/>
              </w:rPr>
              <w:t xml:space="preserve"> 2 a 3 </w:t>
            </w:r>
            <w:proofErr w:type="spellStart"/>
            <w:r>
              <w:rPr>
                <w:sz w:val="20"/>
              </w:rPr>
              <w:t>minutos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explicando</w:t>
            </w:r>
            <w:proofErr w:type="spellEnd"/>
            <w:r>
              <w:rPr>
                <w:sz w:val="20"/>
              </w:rPr>
              <w:t xml:space="preserve"> a </w:t>
            </w:r>
            <w:proofErr w:type="spellStart"/>
            <w:r>
              <w:rPr>
                <w:sz w:val="20"/>
              </w:rPr>
              <w:t>área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escolhida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instituição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objetivos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atividade</w:t>
            </w:r>
            <w:proofErr w:type="spellEnd"/>
            <w:r>
              <w:rPr>
                <w:sz w:val="20"/>
              </w:rPr>
              <w:t xml:space="preserve"> e o </w:t>
            </w:r>
            <w:proofErr w:type="spellStart"/>
            <w:r>
              <w:rPr>
                <w:sz w:val="20"/>
              </w:rPr>
              <w:t>impacto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esperado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4637530B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7D3BAED3" w14:textId="77777777">
        <w:trPr>
          <w:jc w:val="center"/>
        </w:trPr>
        <w:tc>
          <w:tcPr>
            <w:tcW w:w="10206" w:type="dxa"/>
            <w:tcBorders>
              <w:top w:val="single" w:sz="4" w:space="0" w:color="F58220"/>
              <w:left w:val="single" w:sz="4" w:space="0" w:color="F58220"/>
              <w:bottom w:val="single" w:sz="4" w:space="0" w:color="F58220"/>
              <w:right w:val="single" w:sz="4" w:space="0" w:color="F58220"/>
            </w:tcBorders>
            <w:shd w:val="clear" w:color="auto" w:fill="F5822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379A855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DADOS DO FORMANDO/A</w:t>
            </w:r>
          </w:p>
        </w:tc>
      </w:tr>
    </w:tbl>
    <w:p w14:paraId="75AECEB5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938"/>
      </w:tblGrid>
      <w:tr w:rsidR="00C333D6" w14:paraId="4D3B1503" w14:textId="77777777">
        <w:trPr>
          <w:cantSplit/>
          <w:trHeight w:val="351"/>
          <w:jc w:val="center"/>
        </w:trPr>
        <w:tc>
          <w:tcPr>
            <w:tcW w:w="226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E3CF1E9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>Nome</w:t>
            </w:r>
          </w:p>
        </w:tc>
        <w:tc>
          <w:tcPr>
            <w:tcW w:w="793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31950BD" w14:textId="77777777" w:rsidR="00C333D6" w:rsidRDefault="00C333D6">
            <w:pPr>
              <w:spacing w:after="0" w:line="240" w:lineRule="auto"/>
            </w:pPr>
          </w:p>
        </w:tc>
      </w:tr>
      <w:tr w:rsidR="00C333D6" w14:paraId="33004F65" w14:textId="77777777">
        <w:trPr>
          <w:cantSplit/>
          <w:trHeight w:val="351"/>
          <w:jc w:val="center"/>
        </w:trPr>
        <w:tc>
          <w:tcPr>
            <w:tcW w:w="226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EA1F053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>Data</w:t>
            </w:r>
          </w:p>
        </w:tc>
        <w:tc>
          <w:tcPr>
            <w:tcW w:w="793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58D90FE" w14:textId="77777777" w:rsidR="00C333D6" w:rsidRDefault="00C333D6">
            <w:pPr>
              <w:spacing w:after="0" w:line="240" w:lineRule="auto"/>
            </w:pPr>
          </w:p>
        </w:tc>
      </w:tr>
    </w:tbl>
    <w:p w14:paraId="2DF2977B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6D24FFC0" w14:textId="77777777">
        <w:trPr>
          <w:jc w:val="center"/>
        </w:trPr>
        <w:tc>
          <w:tcPr>
            <w:tcW w:w="10206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4EAA0F97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1. A MINHA IDEIA DE VOLUNTARIADO</w:t>
            </w:r>
          </w:p>
        </w:tc>
      </w:tr>
    </w:tbl>
    <w:p w14:paraId="3F74582B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21"/>
        <w:gridCol w:w="7484"/>
      </w:tblGrid>
      <w:tr w:rsidR="00C333D6" w14:paraId="020E24FE" w14:textId="77777777">
        <w:trPr>
          <w:cantSplit/>
          <w:trHeight w:val="425"/>
          <w:jc w:val="center"/>
        </w:trPr>
        <w:tc>
          <w:tcPr>
            <w:tcW w:w="272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D67475B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Nome do </w:t>
            </w:r>
            <w:proofErr w:type="spellStart"/>
            <w:r>
              <w:rPr>
                <w:b/>
                <w:color w:val="082B60"/>
                <w:sz w:val="19"/>
              </w:rPr>
              <w:t>projeto</w:t>
            </w:r>
            <w:proofErr w:type="spellEnd"/>
          </w:p>
        </w:tc>
        <w:tc>
          <w:tcPr>
            <w:tcW w:w="748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E2950D1" w14:textId="77777777" w:rsidR="00C333D6" w:rsidRDefault="00C333D6">
            <w:pPr>
              <w:spacing w:after="0" w:line="240" w:lineRule="auto"/>
            </w:pPr>
          </w:p>
        </w:tc>
      </w:tr>
      <w:tr w:rsidR="00C333D6" w14:paraId="07125FCB" w14:textId="77777777">
        <w:trPr>
          <w:cantSplit/>
          <w:trHeight w:val="567"/>
          <w:jc w:val="center"/>
        </w:trPr>
        <w:tc>
          <w:tcPr>
            <w:tcW w:w="272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3ADC730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Área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escolhida</w:t>
            </w:r>
            <w:proofErr w:type="spellEnd"/>
          </w:p>
        </w:tc>
        <w:tc>
          <w:tcPr>
            <w:tcW w:w="748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CBF6F01" w14:textId="34CD5A83" w:rsidR="00C333D6" w:rsidRDefault="0073266C">
            <w:pPr>
              <w:spacing w:after="0" w:line="240" w:lineRule="auto"/>
            </w:pPr>
            <w:proofErr w:type="gramStart"/>
            <w:r>
              <w:rPr>
                <w:sz w:val="20"/>
              </w:rPr>
              <w:t>[  ]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crianças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jovens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idosos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inclusão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ambiente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   [  ]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comunidade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   [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proofErr w:type="gramStart"/>
            <w:r w:rsidR="00CA65E3">
              <w:rPr>
                <w:sz w:val="20"/>
              </w:rPr>
              <w:t>educaçã</w:t>
            </w:r>
            <w:proofErr w:type="spellEnd"/>
            <w:r>
              <w:rPr>
                <w:sz w:val="20"/>
              </w:rPr>
              <w:t xml:space="preserve"> ]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outra</w:t>
            </w:r>
            <w:proofErr w:type="spellEnd"/>
            <w:r>
              <w:rPr>
                <w:sz w:val="20"/>
              </w:rPr>
              <w:t>: ____________</w:t>
            </w:r>
          </w:p>
        </w:tc>
      </w:tr>
      <w:tr w:rsidR="00C333D6" w14:paraId="66C08792" w14:textId="77777777">
        <w:trPr>
          <w:cantSplit/>
          <w:trHeight w:val="425"/>
          <w:jc w:val="center"/>
        </w:trPr>
        <w:tc>
          <w:tcPr>
            <w:tcW w:w="272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6F1ADE9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Instituição</w:t>
            </w:r>
            <w:proofErr w:type="spellEnd"/>
            <w:r>
              <w:rPr>
                <w:b/>
                <w:color w:val="082B60"/>
                <w:sz w:val="19"/>
              </w:rPr>
              <w:t>/</w:t>
            </w:r>
            <w:proofErr w:type="spellStart"/>
            <w:r>
              <w:rPr>
                <w:b/>
                <w:color w:val="082B60"/>
                <w:sz w:val="19"/>
              </w:rPr>
              <w:t>entidade</w:t>
            </w:r>
            <w:proofErr w:type="spellEnd"/>
          </w:p>
        </w:tc>
        <w:tc>
          <w:tcPr>
            <w:tcW w:w="748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0A9A234" w14:textId="77777777" w:rsidR="00C333D6" w:rsidRDefault="00C333D6">
            <w:pPr>
              <w:spacing w:after="0" w:line="240" w:lineRule="auto"/>
            </w:pPr>
          </w:p>
        </w:tc>
      </w:tr>
      <w:tr w:rsidR="00C333D6" w14:paraId="783FC52E" w14:textId="77777777">
        <w:trPr>
          <w:cantSplit/>
          <w:trHeight w:val="396"/>
          <w:jc w:val="center"/>
        </w:trPr>
        <w:tc>
          <w:tcPr>
            <w:tcW w:w="272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31DCE59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Localidade</w:t>
            </w:r>
            <w:proofErr w:type="spellEnd"/>
          </w:p>
        </w:tc>
        <w:tc>
          <w:tcPr>
            <w:tcW w:w="748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2981EBCC" w14:textId="77777777" w:rsidR="00C333D6" w:rsidRDefault="00C333D6">
            <w:pPr>
              <w:spacing w:after="0" w:line="240" w:lineRule="auto"/>
            </w:pPr>
          </w:p>
        </w:tc>
      </w:tr>
      <w:tr w:rsidR="00C333D6" w14:paraId="70BFE72A" w14:textId="77777777">
        <w:trPr>
          <w:cantSplit/>
          <w:trHeight w:val="425"/>
          <w:jc w:val="center"/>
        </w:trPr>
        <w:tc>
          <w:tcPr>
            <w:tcW w:w="272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17C5EE9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>Público-</w:t>
            </w:r>
            <w:proofErr w:type="spellStart"/>
            <w:r>
              <w:rPr>
                <w:b/>
                <w:color w:val="082B60"/>
                <w:sz w:val="19"/>
              </w:rPr>
              <w:t>alvo</w:t>
            </w:r>
            <w:proofErr w:type="spellEnd"/>
          </w:p>
        </w:tc>
        <w:tc>
          <w:tcPr>
            <w:tcW w:w="748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5B51EB62" w14:textId="77777777" w:rsidR="00C333D6" w:rsidRDefault="00C333D6">
            <w:pPr>
              <w:spacing w:after="0" w:line="240" w:lineRule="auto"/>
            </w:pPr>
          </w:p>
        </w:tc>
      </w:tr>
    </w:tbl>
    <w:p w14:paraId="0D142AED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20999A3C" w14:textId="77777777">
        <w:trPr>
          <w:cantSplit/>
          <w:trHeight w:val="272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9BF7287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Que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necessidade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ou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problema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pretende</w:t>
            </w:r>
            <w:proofErr w:type="spellEnd"/>
            <w:r>
              <w:rPr>
                <w:b/>
                <w:color w:val="082B60"/>
                <w:sz w:val="19"/>
              </w:rPr>
              <w:t xml:space="preserve"> responder </w:t>
            </w:r>
            <w:proofErr w:type="spellStart"/>
            <w:r>
              <w:rPr>
                <w:b/>
                <w:color w:val="082B60"/>
                <w:sz w:val="19"/>
              </w:rPr>
              <w:t>este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projeto</w:t>
            </w:r>
            <w:proofErr w:type="spellEnd"/>
            <w:r>
              <w:rPr>
                <w:b/>
                <w:color w:val="082B60"/>
                <w:sz w:val="19"/>
              </w:rPr>
              <w:t>?</w:t>
            </w:r>
          </w:p>
        </w:tc>
      </w:tr>
      <w:tr w:rsidR="00C333D6" w14:paraId="1009006A" w14:textId="77777777">
        <w:trPr>
          <w:cantSplit/>
          <w:trHeight w:val="935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FBEA692" w14:textId="77777777" w:rsidR="00C333D6" w:rsidRDefault="00C333D6">
            <w:pPr>
              <w:spacing w:after="0"/>
            </w:pPr>
          </w:p>
        </w:tc>
      </w:tr>
    </w:tbl>
    <w:p w14:paraId="4461A006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1E0DC916" w14:textId="77777777">
        <w:trPr>
          <w:jc w:val="center"/>
        </w:trPr>
        <w:tc>
          <w:tcPr>
            <w:tcW w:w="10206" w:type="dxa"/>
            <w:tcBorders>
              <w:top w:val="single" w:sz="4" w:space="0" w:color="F58220"/>
              <w:left w:val="single" w:sz="4" w:space="0" w:color="F58220"/>
              <w:bottom w:val="single" w:sz="4" w:space="0" w:color="F58220"/>
              <w:right w:val="single" w:sz="4" w:space="0" w:color="F58220"/>
            </w:tcBorders>
            <w:shd w:val="clear" w:color="auto" w:fill="F5822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7044E4E3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2. OBJETIVOS DO PROJETO</w:t>
            </w:r>
          </w:p>
        </w:tc>
      </w:tr>
    </w:tbl>
    <w:p w14:paraId="11E804C5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4F4C52C1" w14:textId="77777777">
        <w:trPr>
          <w:jc w:val="center"/>
        </w:trPr>
        <w:tc>
          <w:tcPr>
            <w:tcW w:w="10206" w:type="dxa"/>
            <w:tcBorders>
              <w:top w:val="single" w:sz="6" w:space="0" w:color="F58220"/>
              <w:left w:val="single" w:sz="6" w:space="0" w:color="F58220"/>
              <w:bottom w:val="single" w:sz="6" w:space="0" w:color="F58220"/>
              <w:right w:val="single" w:sz="6" w:space="0" w:color="F58220"/>
            </w:tcBorders>
            <w:shd w:val="clear" w:color="auto" w:fill="FFF1E6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D0BC0C0" w14:textId="77777777" w:rsidR="00C333D6" w:rsidRDefault="0073266C">
            <w:pPr>
              <w:spacing w:after="40"/>
            </w:pPr>
            <w:proofErr w:type="spellStart"/>
            <w:r>
              <w:rPr>
                <w:b/>
                <w:color w:val="082B60"/>
              </w:rPr>
              <w:t>Orientação</w:t>
            </w:r>
            <w:proofErr w:type="spellEnd"/>
          </w:p>
          <w:p w14:paraId="16EE4EA8" w14:textId="77777777" w:rsidR="00C333D6" w:rsidRDefault="0073266C">
            <w:pPr>
              <w:spacing w:after="0" w:line="252" w:lineRule="auto"/>
            </w:pPr>
            <w:proofErr w:type="spellStart"/>
            <w:r>
              <w:rPr>
                <w:sz w:val="20"/>
              </w:rPr>
              <w:t>Escreve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dois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objetivos</w:t>
            </w:r>
            <w:proofErr w:type="spellEnd"/>
            <w:r>
              <w:rPr>
                <w:sz w:val="20"/>
              </w:rPr>
              <w:t xml:space="preserve"> simples. </w:t>
            </w:r>
            <w:proofErr w:type="spellStart"/>
            <w:r>
              <w:rPr>
                <w:sz w:val="20"/>
              </w:rPr>
              <w:t>Devem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começar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por</w:t>
            </w:r>
            <w:proofErr w:type="spellEnd"/>
            <w:r>
              <w:rPr>
                <w:sz w:val="20"/>
              </w:rPr>
              <w:t xml:space="preserve"> um verbo de </w:t>
            </w:r>
            <w:proofErr w:type="spellStart"/>
            <w:r>
              <w:rPr>
                <w:sz w:val="20"/>
              </w:rPr>
              <w:t>ação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sz w:val="20"/>
              </w:rPr>
              <w:t>apoiar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promover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sensibilizar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acompanhar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melhorar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envolver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recolher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organizar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3E0F9A25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938"/>
      </w:tblGrid>
      <w:tr w:rsidR="00C333D6" w14:paraId="0B984705" w14:textId="77777777">
        <w:trPr>
          <w:cantSplit/>
          <w:trHeight w:val="538"/>
          <w:jc w:val="center"/>
        </w:trPr>
        <w:tc>
          <w:tcPr>
            <w:tcW w:w="226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79943B9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Objetivo</w:t>
            </w:r>
            <w:proofErr w:type="spellEnd"/>
            <w:r>
              <w:rPr>
                <w:b/>
                <w:color w:val="082B60"/>
                <w:sz w:val="19"/>
              </w:rPr>
              <w:t xml:space="preserve"> 1</w:t>
            </w:r>
          </w:p>
        </w:tc>
        <w:tc>
          <w:tcPr>
            <w:tcW w:w="793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DC7F895" w14:textId="77777777" w:rsidR="00C333D6" w:rsidRDefault="00C333D6">
            <w:pPr>
              <w:spacing w:after="0" w:line="240" w:lineRule="auto"/>
            </w:pPr>
          </w:p>
        </w:tc>
      </w:tr>
      <w:tr w:rsidR="00C333D6" w14:paraId="0064BC5D" w14:textId="77777777">
        <w:trPr>
          <w:cantSplit/>
          <w:trHeight w:val="538"/>
          <w:jc w:val="center"/>
        </w:trPr>
        <w:tc>
          <w:tcPr>
            <w:tcW w:w="226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BE94AF4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Objetivo</w:t>
            </w:r>
            <w:proofErr w:type="spellEnd"/>
            <w:r>
              <w:rPr>
                <w:b/>
                <w:color w:val="082B60"/>
                <w:sz w:val="19"/>
              </w:rPr>
              <w:t xml:space="preserve"> 2</w:t>
            </w:r>
          </w:p>
        </w:tc>
        <w:tc>
          <w:tcPr>
            <w:tcW w:w="793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6FED5F0F" w14:textId="77777777" w:rsidR="00C333D6" w:rsidRDefault="00C333D6">
            <w:pPr>
              <w:spacing w:after="0" w:line="240" w:lineRule="auto"/>
            </w:pPr>
          </w:p>
        </w:tc>
      </w:tr>
    </w:tbl>
    <w:p w14:paraId="339ADD47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2D18A81C" w14:textId="77777777">
        <w:trPr>
          <w:jc w:val="center"/>
        </w:trPr>
        <w:tc>
          <w:tcPr>
            <w:tcW w:w="10206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727CE0D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3. DESENVOLVIMENTO DA ATIVIDADE DE VOLUNTARIADO</w:t>
            </w:r>
          </w:p>
        </w:tc>
      </w:tr>
    </w:tbl>
    <w:p w14:paraId="25F5F66B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2768176B" w14:textId="77777777">
        <w:trPr>
          <w:cantSplit/>
          <w:trHeight w:val="272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7FB1BD8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O </w:t>
            </w:r>
            <w:proofErr w:type="spellStart"/>
            <w:r>
              <w:rPr>
                <w:b/>
                <w:color w:val="082B60"/>
                <w:sz w:val="19"/>
              </w:rPr>
              <w:t>que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vai</w:t>
            </w:r>
            <w:proofErr w:type="spellEnd"/>
            <w:r>
              <w:rPr>
                <w:b/>
                <w:color w:val="082B60"/>
                <w:sz w:val="19"/>
              </w:rPr>
              <w:t xml:space="preserve"> ser </w:t>
            </w:r>
            <w:proofErr w:type="spellStart"/>
            <w:r>
              <w:rPr>
                <w:b/>
                <w:color w:val="082B60"/>
                <w:sz w:val="19"/>
              </w:rPr>
              <w:t>feito</w:t>
            </w:r>
            <w:proofErr w:type="spellEnd"/>
            <w:r>
              <w:rPr>
                <w:b/>
                <w:color w:val="082B60"/>
                <w:sz w:val="19"/>
              </w:rPr>
              <w:t>?</w:t>
            </w:r>
          </w:p>
        </w:tc>
      </w:tr>
      <w:tr w:rsidR="00C333D6" w14:paraId="2FFB8B65" w14:textId="77777777">
        <w:trPr>
          <w:cantSplit/>
          <w:trHeight w:val="878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F573790" w14:textId="77777777" w:rsidR="00C333D6" w:rsidRDefault="00C333D6">
            <w:pPr>
              <w:spacing w:after="0"/>
            </w:pPr>
          </w:p>
        </w:tc>
      </w:tr>
    </w:tbl>
    <w:p w14:paraId="601F73BC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129CEE07" w14:textId="77777777">
        <w:trPr>
          <w:cantSplit/>
          <w:trHeight w:val="272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31A7EF87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Como </w:t>
            </w:r>
            <w:proofErr w:type="spellStart"/>
            <w:r>
              <w:rPr>
                <w:b/>
                <w:color w:val="082B60"/>
                <w:sz w:val="19"/>
              </w:rPr>
              <w:t>vai</w:t>
            </w:r>
            <w:proofErr w:type="spellEnd"/>
            <w:r>
              <w:rPr>
                <w:b/>
                <w:color w:val="082B60"/>
                <w:sz w:val="19"/>
              </w:rPr>
              <w:t xml:space="preserve"> ser </w:t>
            </w:r>
            <w:proofErr w:type="spellStart"/>
            <w:r>
              <w:rPr>
                <w:b/>
                <w:color w:val="082B60"/>
                <w:sz w:val="19"/>
              </w:rPr>
              <w:t>feito</w:t>
            </w:r>
            <w:proofErr w:type="spellEnd"/>
            <w:r>
              <w:rPr>
                <w:b/>
                <w:color w:val="082B60"/>
                <w:sz w:val="19"/>
              </w:rPr>
              <w:t>?</w:t>
            </w:r>
          </w:p>
        </w:tc>
      </w:tr>
      <w:tr w:rsidR="00C333D6" w14:paraId="0864625B" w14:textId="77777777">
        <w:trPr>
          <w:cantSplit/>
          <w:trHeight w:val="878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2964502C" w14:textId="77777777" w:rsidR="00C333D6" w:rsidRDefault="00C333D6">
            <w:pPr>
              <w:spacing w:after="0"/>
            </w:pPr>
          </w:p>
        </w:tc>
      </w:tr>
    </w:tbl>
    <w:p w14:paraId="0E1E03A5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7371"/>
      </w:tblGrid>
      <w:tr w:rsidR="00C333D6" w14:paraId="769CD9FA" w14:textId="77777777">
        <w:trPr>
          <w:cantSplit/>
          <w:trHeight w:val="408"/>
          <w:jc w:val="center"/>
        </w:trPr>
        <w:tc>
          <w:tcPr>
            <w:tcW w:w="2835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307E8877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>Quando?</w:t>
            </w:r>
          </w:p>
        </w:tc>
        <w:tc>
          <w:tcPr>
            <w:tcW w:w="737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1460790" w14:textId="77777777" w:rsidR="00C333D6" w:rsidRDefault="00C333D6">
            <w:pPr>
              <w:spacing w:after="0" w:line="240" w:lineRule="auto"/>
            </w:pPr>
          </w:p>
        </w:tc>
      </w:tr>
      <w:tr w:rsidR="00C333D6" w14:paraId="1EC1E92C" w14:textId="77777777">
        <w:trPr>
          <w:cantSplit/>
          <w:trHeight w:val="408"/>
          <w:jc w:val="center"/>
        </w:trPr>
        <w:tc>
          <w:tcPr>
            <w:tcW w:w="2835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A6354A3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Com </w:t>
            </w:r>
            <w:proofErr w:type="spellStart"/>
            <w:r>
              <w:rPr>
                <w:b/>
                <w:color w:val="082B60"/>
                <w:sz w:val="19"/>
              </w:rPr>
              <w:t>que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frequência</w:t>
            </w:r>
            <w:proofErr w:type="spellEnd"/>
            <w:r>
              <w:rPr>
                <w:b/>
                <w:color w:val="082B60"/>
                <w:sz w:val="19"/>
              </w:rPr>
              <w:t>?</w:t>
            </w:r>
          </w:p>
        </w:tc>
        <w:tc>
          <w:tcPr>
            <w:tcW w:w="737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4FB2F084" w14:textId="77777777" w:rsidR="00C333D6" w:rsidRDefault="00C333D6">
            <w:pPr>
              <w:spacing w:after="0" w:line="240" w:lineRule="auto"/>
            </w:pPr>
          </w:p>
        </w:tc>
      </w:tr>
      <w:tr w:rsidR="00C333D6" w14:paraId="4F2FABD4" w14:textId="77777777">
        <w:trPr>
          <w:cantSplit/>
          <w:trHeight w:val="538"/>
          <w:jc w:val="center"/>
        </w:trPr>
        <w:tc>
          <w:tcPr>
            <w:tcW w:w="2835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101B0212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Recursos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necessários</w:t>
            </w:r>
            <w:proofErr w:type="spellEnd"/>
          </w:p>
        </w:tc>
        <w:tc>
          <w:tcPr>
            <w:tcW w:w="737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72B3225" w14:textId="77777777" w:rsidR="00C333D6" w:rsidRDefault="00C333D6">
            <w:pPr>
              <w:spacing w:after="0" w:line="240" w:lineRule="auto"/>
            </w:pPr>
          </w:p>
        </w:tc>
      </w:tr>
      <w:tr w:rsidR="00C333D6" w14:paraId="6AF6A568" w14:textId="77777777">
        <w:trPr>
          <w:cantSplit/>
          <w:trHeight w:val="538"/>
          <w:jc w:val="center"/>
        </w:trPr>
        <w:tc>
          <w:tcPr>
            <w:tcW w:w="2835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72DFBD8D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Cuidados</w:t>
            </w:r>
            <w:proofErr w:type="spellEnd"/>
            <w:r>
              <w:rPr>
                <w:b/>
                <w:color w:val="082B60"/>
                <w:sz w:val="19"/>
              </w:rPr>
              <w:t xml:space="preserve"> e </w:t>
            </w:r>
            <w:proofErr w:type="spellStart"/>
            <w:r>
              <w:rPr>
                <w:b/>
                <w:color w:val="082B60"/>
                <w:sz w:val="19"/>
              </w:rPr>
              <w:t>limites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éticos</w:t>
            </w:r>
            <w:proofErr w:type="spellEnd"/>
          </w:p>
        </w:tc>
        <w:tc>
          <w:tcPr>
            <w:tcW w:w="737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70" w:type="dxa"/>
              <w:left w:w="100" w:type="dxa"/>
              <w:bottom w:w="70" w:type="dxa"/>
              <w:right w:w="100" w:type="dxa"/>
            </w:tcMar>
          </w:tcPr>
          <w:p w14:paraId="0C77CCC0" w14:textId="77777777" w:rsidR="00C333D6" w:rsidRDefault="00C333D6">
            <w:pPr>
              <w:spacing w:after="0" w:line="240" w:lineRule="auto"/>
            </w:pPr>
          </w:p>
        </w:tc>
      </w:tr>
    </w:tbl>
    <w:p w14:paraId="133487D0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10CAE146" w14:textId="77777777">
        <w:trPr>
          <w:cantSplit/>
          <w:trHeight w:val="272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14AE1F2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19"/>
              </w:rPr>
              <w:t>Que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dificuldade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pode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surgir</w:t>
            </w:r>
            <w:proofErr w:type="spellEnd"/>
            <w:r>
              <w:rPr>
                <w:b/>
                <w:color w:val="082B60"/>
                <w:sz w:val="19"/>
              </w:rPr>
              <w:t xml:space="preserve"> e </w:t>
            </w:r>
            <w:proofErr w:type="spellStart"/>
            <w:r>
              <w:rPr>
                <w:b/>
                <w:color w:val="082B60"/>
                <w:sz w:val="19"/>
              </w:rPr>
              <w:t>como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poderia</w:t>
            </w:r>
            <w:proofErr w:type="spellEnd"/>
            <w:r>
              <w:rPr>
                <w:b/>
                <w:color w:val="082B60"/>
                <w:sz w:val="19"/>
              </w:rPr>
              <w:t xml:space="preserve"> ser </w:t>
            </w:r>
            <w:proofErr w:type="spellStart"/>
            <w:r>
              <w:rPr>
                <w:b/>
                <w:color w:val="082B60"/>
                <w:sz w:val="19"/>
              </w:rPr>
              <w:t>ultrapassada</w:t>
            </w:r>
            <w:proofErr w:type="spellEnd"/>
            <w:r>
              <w:rPr>
                <w:b/>
                <w:color w:val="082B60"/>
                <w:sz w:val="19"/>
              </w:rPr>
              <w:t>?</w:t>
            </w:r>
          </w:p>
        </w:tc>
      </w:tr>
      <w:tr w:rsidR="00C333D6" w14:paraId="3D87C7E6" w14:textId="77777777">
        <w:trPr>
          <w:cantSplit/>
          <w:trHeight w:val="737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FFFFFF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52310488" w14:textId="77777777" w:rsidR="00C333D6" w:rsidRDefault="00C333D6">
            <w:pPr>
              <w:spacing w:after="0"/>
            </w:pPr>
          </w:p>
        </w:tc>
      </w:tr>
    </w:tbl>
    <w:p w14:paraId="1D0C8B03" w14:textId="77777777" w:rsidR="00C333D6" w:rsidRDefault="00C333D6">
      <w:pPr>
        <w:spacing w:after="40"/>
      </w:pPr>
    </w:p>
    <w:p w14:paraId="053DBE5F" w14:textId="77777777" w:rsidR="00C333D6" w:rsidRDefault="0073266C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67B18287" w14:textId="77777777">
        <w:trPr>
          <w:jc w:val="center"/>
        </w:trPr>
        <w:tc>
          <w:tcPr>
            <w:tcW w:w="10206" w:type="dxa"/>
            <w:tcBorders>
              <w:top w:val="single" w:sz="4" w:space="0" w:color="F58220"/>
              <w:left w:val="single" w:sz="4" w:space="0" w:color="F58220"/>
              <w:bottom w:val="single" w:sz="4" w:space="0" w:color="F58220"/>
              <w:right w:val="single" w:sz="4" w:space="0" w:color="F58220"/>
            </w:tcBorders>
            <w:shd w:val="clear" w:color="auto" w:fill="F5822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CBCF28B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lastRenderedPageBreak/>
              <w:t>4. IMPACTO ESPERADO</w:t>
            </w:r>
          </w:p>
        </w:tc>
      </w:tr>
    </w:tbl>
    <w:p w14:paraId="1FE9728D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7257"/>
      </w:tblGrid>
      <w:tr w:rsidR="00C333D6" w14:paraId="79877687" w14:textId="77777777">
        <w:trPr>
          <w:cantSplit/>
          <w:trHeight w:hRule="exact" w:val="518"/>
          <w:jc w:val="center"/>
        </w:trPr>
        <w:tc>
          <w:tcPr>
            <w:tcW w:w="294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9DC4837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Para as </w:t>
            </w:r>
            <w:proofErr w:type="spellStart"/>
            <w:r>
              <w:rPr>
                <w:b/>
                <w:color w:val="082B60"/>
                <w:sz w:val="19"/>
              </w:rPr>
              <w:t>pessoas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apoiadas</w:t>
            </w:r>
            <w:proofErr w:type="spellEnd"/>
          </w:p>
        </w:tc>
        <w:tc>
          <w:tcPr>
            <w:tcW w:w="725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2CB3A46" w14:textId="77777777" w:rsidR="00C333D6" w:rsidRDefault="00C333D6">
            <w:pPr>
              <w:spacing w:after="0" w:line="240" w:lineRule="auto"/>
            </w:pPr>
          </w:p>
        </w:tc>
      </w:tr>
      <w:tr w:rsidR="00C333D6" w14:paraId="47B585B5" w14:textId="77777777">
        <w:trPr>
          <w:cantSplit/>
          <w:trHeight w:hRule="exact" w:val="518"/>
          <w:jc w:val="center"/>
        </w:trPr>
        <w:tc>
          <w:tcPr>
            <w:tcW w:w="294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CDB16D9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Para </w:t>
            </w:r>
            <w:proofErr w:type="gramStart"/>
            <w:r>
              <w:rPr>
                <w:b/>
                <w:color w:val="082B60"/>
                <w:sz w:val="19"/>
              </w:rPr>
              <w:t>a</w:t>
            </w:r>
            <w:proofErr w:type="gram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instituição</w:t>
            </w:r>
            <w:proofErr w:type="spellEnd"/>
          </w:p>
        </w:tc>
        <w:tc>
          <w:tcPr>
            <w:tcW w:w="725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C085BC5" w14:textId="77777777" w:rsidR="00C333D6" w:rsidRDefault="00C333D6">
            <w:pPr>
              <w:spacing w:after="0" w:line="240" w:lineRule="auto"/>
            </w:pPr>
          </w:p>
        </w:tc>
      </w:tr>
      <w:tr w:rsidR="00C333D6" w14:paraId="5C6712B1" w14:textId="77777777">
        <w:trPr>
          <w:cantSplit/>
          <w:trHeight w:hRule="exact" w:val="518"/>
          <w:jc w:val="center"/>
        </w:trPr>
        <w:tc>
          <w:tcPr>
            <w:tcW w:w="2948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9D7553C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Para o </w:t>
            </w:r>
            <w:proofErr w:type="spellStart"/>
            <w:r>
              <w:rPr>
                <w:b/>
                <w:color w:val="082B60"/>
                <w:sz w:val="19"/>
              </w:rPr>
              <w:t>voluntário</w:t>
            </w:r>
            <w:proofErr w:type="spellEnd"/>
            <w:r>
              <w:rPr>
                <w:b/>
                <w:color w:val="082B60"/>
                <w:sz w:val="19"/>
              </w:rPr>
              <w:t>/a</w:t>
            </w:r>
          </w:p>
        </w:tc>
        <w:tc>
          <w:tcPr>
            <w:tcW w:w="725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74EDA886" w14:textId="77777777" w:rsidR="00C333D6" w:rsidRDefault="00C333D6">
            <w:pPr>
              <w:spacing w:after="0" w:line="240" w:lineRule="auto"/>
            </w:pPr>
          </w:p>
        </w:tc>
      </w:tr>
    </w:tbl>
    <w:p w14:paraId="7944ED6F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46C32A7A" w14:textId="77777777">
        <w:trPr>
          <w:jc w:val="center"/>
        </w:trPr>
        <w:tc>
          <w:tcPr>
            <w:tcW w:w="10206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6455B30F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5. PREPARAÇÃO DA APRESENTAÇÃO ORAL</w:t>
            </w:r>
          </w:p>
        </w:tc>
      </w:tr>
    </w:tbl>
    <w:p w14:paraId="484176F7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0B51DB4D" w14:textId="77777777">
        <w:trPr>
          <w:trHeight w:hRule="exact" w:val="792"/>
          <w:jc w:val="center"/>
        </w:trPr>
        <w:tc>
          <w:tcPr>
            <w:tcW w:w="10206" w:type="dxa"/>
            <w:tcBorders>
              <w:top w:val="single" w:sz="6" w:space="0" w:color="F58220"/>
              <w:left w:val="single" w:sz="6" w:space="0" w:color="F58220"/>
              <w:bottom w:val="single" w:sz="6" w:space="0" w:color="F58220"/>
              <w:right w:val="single" w:sz="6" w:space="0" w:color="F58220"/>
            </w:tcBorders>
            <w:shd w:val="clear" w:color="auto" w:fill="FFF1E6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27DCA1C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082B60"/>
                <w:sz w:val="20"/>
              </w:rPr>
              <w:t>Apresentação</w:t>
            </w:r>
            <w:proofErr w:type="spellEnd"/>
            <w:r>
              <w:rPr>
                <w:b/>
                <w:color w:val="082B60"/>
                <w:sz w:val="20"/>
              </w:rPr>
              <w:t xml:space="preserve"> </w:t>
            </w:r>
            <w:proofErr w:type="spellStart"/>
            <w:r>
              <w:rPr>
                <w:b/>
                <w:color w:val="082B60"/>
                <w:sz w:val="20"/>
              </w:rPr>
              <w:t>pelo</w:t>
            </w:r>
            <w:proofErr w:type="spellEnd"/>
            <w:r>
              <w:rPr>
                <w:b/>
                <w:color w:val="082B60"/>
                <w:sz w:val="20"/>
              </w:rPr>
              <w:t xml:space="preserve"> </w:t>
            </w:r>
            <w:proofErr w:type="spellStart"/>
            <w:r>
              <w:rPr>
                <w:b/>
                <w:color w:val="082B60"/>
                <w:sz w:val="20"/>
              </w:rPr>
              <w:t>formando</w:t>
            </w:r>
            <w:proofErr w:type="spellEnd"/>
            <w:r>
              <w:rPr>
                <w:b/>
                <w:color w:val="082B60"/>
                <w:sz w:val="20"/>
              </w:rPr>
              <w:t>/a</w:t>
            </w:r>
          </w:p>
          <w:p w14:paraId="7EBF489E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sz w:val="20"/>
              </w:rPr>
              <w:t>Prepara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apresentação</w:t>
            </w:r>
            <w:proofErr w:type="spellEnd"/>
            <w:r>
              <w:rPr>
                <w:sz w:val="20"/>
              </w:rPr>
              <w:t xml:space="preserve"> breve, com 2 a 3 </w:t>
            </w:r>
            <w:proofErr w:type="spellStart"/>
            <w:r>
              <w:rPr>
                <w:sz w:val="20"/>
              </w:rPr>
              <w:t>minutos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apresentação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deve</w:t>
            </w:r>
            <w:proofErr w:type="spellEnd"/>
            <w:r>
              <w:rPr>
                <w:sz w:val="20"/>
              </w:rPr>
              <w:t xml:space="preserve"> ser </w:t>
            </w:r>
            <w:proofErr w:type="spellStart"/>
            <w:r>
              <w:rPr>
                <w:sz w:val="20"/>
              </w:rPr>
              <w:t>clara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organizada</w:t>
            </w:r>
            <w:proofErr w:type="spellEnd"/>
            <w:r>
              <w:rPr>
                <w:sz w:val="20"/>
              </w:rPr>
              <w:t xml:space="preserve"> e </w:t>
            </w:r>
            <w:proofErr w:type="spellStart"/>
            <w:r>
              <w:rPr>
                <w:sz w:val="20"/>
              </w:rPr>
              <w:t>centrada</w:t>
            </w:r>
            <w:proofErr w:type="spellEnd"/>
            <w:r>
              <w:rPr>
                <w:sz w:val="20"/>
              </w:rPr>
              <w:t xml:space="preserve"> no </w:t>
            </w:r>
            <w:proofErr w:type="spellStart"/>
            <w:r>
              <w:rPr>
                <w:sz w:val="20"/>
              </w:rPr>
              <w:t>essencial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14:paraId="5E56BCDD" w14:textId="77777777" w:rsidR="00C333D6" w:rsidRDefault="00C333D6">
      <w:pPr>
        <w:spacing w:after="40"/>
      </w:pPr>
    </w:p>
    <w:p w14:paraId="40984459" w14:textId="77777777" w:rsidR="00C333D6" w:rsidRDefault="0073266C">
      <w:pPr>
        <w:spacing w:before="80" w:after="40"/>
      </w:pPr>
      <w:r>
        <w:rPr>
          <w:b/>
          <w:color w:val="082B60"/>
          <w:sz w:val="20"/>
        </w:rPr>
        <w:t xml:space="preserve">A </w:t>
      </w:r>
      <w:proofErr w:type="spellStart"/>
      <w:r>
        <w:rPr>
          <w:b/>
          <w:color w:val="082B60"/>
          <w:sz w:val="20"/>
        </w:rPr>
        <w:t>minha</w:t>
      </w:r>
      <w:proofErr w:type="spellEnd"/>
      <w:r>
        <w:rPr>
          <w:b/>
          <w:color w:val="082B60"/>
          <w:sz w:val="20"/>
        </w:rPr>
        <w:t xml:space="preserve"> </w:t>
      </w:r>
      <w:proofErr w:type="spellStart"/>
      <w:r>
        <w:rPr>
          <w:b/>
          <w:color w:val="082B60"/>
          <w:sz w:val="20"/>
        </w:rPr>
        <w:t>apresentação</w:t>
      </w:r>
      <w:proofErr w:type="spellEnd"/>
      <w:r>
        <w:rPr>
          <w:b/>
          <w:color w:val="082B60"/>
          <w:sz w:val="20"/>
        </w:rPr>
        <w:t xml:space="preserve"> </w:t>
      </w:r>
      <w:proofErr w:type="spellStart"/>
      <w:r>
        <w:rPr>
          <w:b/>
          <w:color w:val="082B60"/>
          <w:sz w:val="20"/>
        </w:rPr>
        <w:t>deve</w:t>
      </w:r>
      <w:proofErr w:type="spellEnd"/>
      <w:r>
        <w:rPr>
          <w:b/>
          <w:color w:val="082B60"/>
          <w:sz w:val="20"/>
        </w:rPr>
        <w:t xml:space="preserve"> </w:t>
      </w:r>
      <w:proofErr w:type="spellStart"/>
      <w:r>
        <w:rPr>
          <w:b/>
          <w:color w:val="082B60"/>
          <w:sz w:val="20"/>
        </w:rPr>
        <w:t>incluir</w:t>
      </w:r>
      <w:proofErr w:type="spellEnd"/>
      <w:r>
        <w:rPr>
          <w:b/>
          <w:color w:val="082B60"/>
          <w:sz w:val="20"/>
        </w:rPr>
        <w:t>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C333D6" w14:paraId="3EA480D5" w14:textId="77777777">
        <w:trPr>
          <w:cantSplit/>
          <w:trHeight w:hRule="exact" w:val="346"/>
          <w:jc w:val="center"/>
        </w:trPr>
        <w:tc>
          <w:tcPr>
            <w:tcW w:w="5103" w:type="dxa"/>
            <w:tcBorders>
              <w:top w:val="single" w:sz="3" w:space="0" w:color="D9E2EC"/>
              <w:left w:val="single" w:sz="3" w:space="0" w:color="D9E2EC"/>
              <w:bottom w:val="single" w:sz="3" w:space="0" w:color="D9E2EC"/>
              <w:right w:val="single" w:sz="3" w:space="0" w:color="D9E2EC"/>
            </w:tcBorders>
            <w:tcMar>
              <w:top w:w="30" w:type="dxa"/>
              <w:left w:w="65" w:type="dxa"/>
              <w:bottom w:w="30" w:type="dxa"/>
              <w:right w:w="65" w:type="dxa"/>
            </w:tcMar>
          </w:tcPr>
          <w:p w14:paraId="2C82F0E9" w14:textId="77777777" w:rsidR="00C333D6" w:rsidRDefault="0073266C">
            <w:pPr>
              <w:spacing w:after="0" w:line="240" w:lineRule="auto"/>
            </w:pPr>
            <w:proofErr w:type="gramStart"/>
            <w:r>
              <w:rPr>
                <w:sz w:val="19"/>
              </w:rPr>
              <w:t>[  ]</w:t>
            </w:r>
            <w:proofErr w:type="gramEnd"/>
            <w:r>
              <w:rPr>
                <w:sz w:val="19"/>
              </w:rPr>
              <w:t xml:space="preserve"> Nome do </w:t>
            </w:r>
            <w:proofErr w:type="spellStart"/>
            <w:r>
              <w:rPr>
                <w:sz w:val="19"/>
              </w:rPr>
              <w:t>projeto</w:t>
            </w:r>
            <w:proofErr w:type="spellEnd"/>
          </w:p>
        </w:tc>
        <w:tc>
          <w:tcPr>
            <w:tcW w:w="5103" w:type="dxa"/>
            <w:tcBorders>
              <w:top w:val="single" w:sz="3" w:space="0" w:color="D9E2EC"/>
              <w:left w:val="single" w:sz="3" w:space="0" w:color="D9E2EC"/>
              <w:bottom w:val="single" w:sz="3" w:space="0" w:color="D9E2EC"/>
              <w:right w:val="single" w:sz="3" w:space="0" w:color="D9E2EC"/>
            </w:tcBorders>
            <w:tcMar>
              <w:top w:w="30" w:type="dxa"/>
              <w:left w:w="65" w:type="dxa"/>
              <w:bottom w:w="30" w:type="dxa"/>
              <w:right w:w="65" w:type="dxa"/>
            </w:tcMar>
          </w:tcPr>
          <w:p w14:paraId="3660E7AC" w14:textId="77777777" w:rsidR="00C333D6" w:rsidRDefault="0073266C">
            <w:pPr>
              <w:spacing w:after="0" w:line="240" w:lineRule="auto"/>
            </w:pPr>
            <w:proofErr w:type="gramStart"/>
            <w:r>
              <w:rPr>
                <w:sz w:val="19"/>
              </w:rPr>
              <w:t>[  ]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Área</w:t>
            </w:r>
            <w:proofErr w:type="spellEnd"/>
            <w:r>
              <w:rPr>
                <w:sz w:val="19"/>
              </w:rPr>
              <w:t xml:space="preserve"> de </w:t>
            </w:r>
            <w:proofErr w:type="spellStart"/>
            <w:r>
              <w:rPr>
                <w:sz w:val="19"/>
              </w:rPr>
              <w:t>voluntariado</w:t>
            </w:r>
            <w:proofErr w:type="spellEnd"/>
          </w:p>
        </w:tc>
      </w:tr>
      <w:tr w:rsidR="00C333D6" w14:paraId="07E9EFD6" w14:textId="77777777">
        <w:trPr>
          <w:cantSplit/>
          <w:trHeight w:hRule="exact" w:val="346"/>
          <w:jc w:val="center"/>
        </w:trPr>
        <w:tc>
          <w:tcPr>
            <w:tcW w:w="5103" w:type="dxa"/>
            <w:tcBorders>
              <w:top w:val="single" w:sz="3" w:space="0" w:color="D9E2EC"/>
              <w:left w:val="single" w:sz="3" w:space="0" w:color="D9E2EC"/>
              <w:bottom w:val="single" w:sz="3" w:space="0" w:color="D9E2EC"/>
              <w:right w:val="single" w:sz="3" w:space="0" w:color="D9E2EC"/>
            </w:tcBorders>
            <w:tcMar>
              <w:top w:w="30" w:type="dxa"/>
              <w:left w:w="65" w:type="dxa"/>
              <w:bottom w:w="30" w:type="dxa"/>
              <w:right w:w="65" w:type="dxa"/>
            </w:tcMar>
          </w:tcPr>
          <w:p w14:paraId="47EF52EE" w14:textId="77777777" w:rsidR="00C333D6" w:rsidRDefault="0073266C">
            <w:pPr>
              <w:spacing w:after="0" w:line="240" w:lineRule="auto"/>
            </w:pPr>
            <w:proofErr w:type="gramStart"/>
            <w:r>
              <w:rPr>
                <w:sz w:val="19"/>
              </w:rPr>
              <w:t>[  ]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Instituição</w:t>
            </w:r>
            <w:proofErr w:type="spellEnd"/>
            <w:r>
              <w:rPr>
                <w:sz w:val="19"/>
              </w:rPr>
              <w:t>/</w:t>
            </w:r>
            <w:proofErr w:type="spellStart"/>
            <w:r>
              <w:rPr>
                <w:sz w:val="19"/>
              </w:rPr>
              <w:t>entidade</w:t>
            </w:r>
            <w:proofErr w:type="spellEnd"/>
          </w:p>
        </w:tc>
        <w:tc>
          <w:tcPr>
            <w:tcW w:w="5103" w:type="dxa"/>
            <w:tcBorders>
              <w:top w:val="single" w:sz="3" w:space="0" w:color="D9E2EC"/>
              <w:left w:val="single" w:sz="3" w:space="0" w:color="D9E2EC"/>
              <w:bottom w:val="single" w:sz="3" w:space="0" w:color="D9E2EC"/>
              <w:right w:val="single" w:sz="3" w:space="0" w:color="D9E2EC"/>
            </w:tcBorders>
            <w:tcMar>
              <w:top w:w="30" w:type="dxa"/>
              <w:left w:w="65" w:type="dxa"/>
              <w:bottom w:w="30" w:type="dxa"/>
              <w:right w:w="65" w:type="dxa"/>
            </w:tcMar>
          </w:tcPr>
          <w:p w14:paraId="434D4F59" w14:textId="77777777" w:rsidR="00C333D6" w:rsidRDefault="0073266C">
            <w:pPr>
              <w:spacing w:after="0" w:line="240" w:lineRule="auto"/>
            </w:pPr>
            <w:proofErr w:type="gramStart"/>
            <w:r>
              <w:rPr>
                <w:sz w:val="19"/>
              </w:rPr>
              <w:t>[  ]</w:t>
            </w:r>
            <w:proofErr w:type="gramEnd"/>
            <w:r>
              <w:rPr>
                <w:sz w:val="19"/>
              </w:rPr>
              <w:t xml:space="preserve"> Público-</w:t>
            </w:r>
            <w:proofErr w:type="spellStart"/>
            <w:r>
              <w:rPr>
                <w:sz w:val="19"/>
              </w:rPr>
              <w:t>alvo</w:t>
            </w:r>
            <w:proofErr w:type="spellEnd"/>
          </w:p>
        </w:tc>
      </w:tr>
      <w:tr w:rsidR="00C333D6" w14:paraId="31DDFDBA" w14:textId="77777777">
        <w:trPr>
          <w:cantSplit/>
          <w:trHeight w:hRule="exact" w:val="346"/>
          <w:jc w:val="center"/>
        </w:trPr>
        <w:tc>
          <w:tcPr>
            <w:tcW w:w="5103" w:type="dxa"/>
            <w:tcBorders>
              <w:top w:val="single" w:sz="3" w:space="0" w:color="D9E2EC"/>
              <w:left w:val="single" w:sz="3" w:space="0" w:color="D9E2EC"/>
              <w:bottom w:val="single" w:sz="3" w:space="0" w:color="D9E2EC"/>
              <w:right w:val="single" w:sz="3" w:space="0" w:color="D9E2EC"/>
            </w:tcBorders>
            <w:tcMar>
              <w:top w:w="30" w:type="dxa"/>
              <w:left w:w="65" w:type="dxa"/>
              <w:bottom w:w="30" w:type="dxa"/>
              <w:right w:w="65" w:type="dxa"/>
            </w:tcMar>
          </w:tcPr>
          <w:p w14:paraId="34A2AACD" w14:textId="77777777" w:rsidR="00C333D6" w:rsidRDefault="0073266C">
            <w:pPr>
              <w:spacing w:after="0" w:line="240" w:lineRule="auto"/>
            </w:pPr>
            <w:proofErr w:type="gramStart"/>
            <w:r>
              <w:rPr>
                <w:sz w:val="19"/>
              </w:rPr>
              <w:t>[  ]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Atividade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proposta</w:t>
            </w:r>
            <w:proofErr w:type="spellEnd"/>
          </w:p>
        </w:tc>
        <w:tc>
          <w:tcPr>
            <w:tcW w:w="5103" w:type="dxa"/>
            <w:tcBorders>
              <w:top w:val="single" w:sz="3" w:space="0" w:color="D9E2EC"/>
              <w:left w:val="single" w:sz="3" w:space="0" w:color="D9E2EC"/>
              <w:bottom w:val="single" w:sz="3" w:space="0" w:color="D9E2EC"/>
              <w:right w:val="single" w:sz="3" w:space="0" w:color="D9E2EC"/>
            </w:tcBorders>
            <w:tcMar>
              <w:top w:w="30" w:type="dxa"/>
              <w:left w:w="65" w:type="dxa"/>
              <w:bottom w:w="30" w:type="dxa"/>
              <w:right w:w="65" w:type="dxa"/>
            </w:tcMar>
          </w:tcPr>
          <w:p w14:paraId="5F7F4DF1" w14:textId="77777777" w:rsidR="00C333D6" w:rsidRDefault="0073266C">
            <w:pPr>
              <w:spacing w:after="0" w:line="240" w:lineRule="auto"/>
            </w:pPr>
            <w:proofErr w:type="gramStart"/>
            <w:r>
              <w:rPr>
                <w:sz w:val="19"/>
              </w:rPr>
              <w:t>[  ]</w:t>
            </w:r>
            <w:proofErr w:type="gramEnd"/>
            <w:r>
              <w:rPr>
                <w:sz w:val="19"/>
              </w:rPr>
              <w:t xml:space="preserve"> Impacto </w:t>
            </w:r>
            <w:proofErr w:type="spellStart"/>
            <w:r>
              <w:rPr>
                <w:sz w:val="19"/>
              </w:rPr>
              <w:t>esperado</w:t>
            </w:r>
            <w:proofErr w:type="spellEnd"/>
          </w:p>
        </w:tc>
      </w:tr>
    </w:tbl>
    <w:p w14:paraId="2C5BA6FB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7824"/>
      </w:tblGrid>
      <w:tr w:rsidR="00C333D6" w14:paraId="5C938C05" w14:textId="77777777">
        <w:trPr>
          <w:cantSplit/>
          <w:trHeight w:hRule="exact" w:val="461"/>
          <w:jc w:val="center"/>
        </w:trPr>
        <w:tc>
          <w:tcPr>
            <w:tcW w:w="238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321BFED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Frase de </w:t>
            </w:r>
            <w:proofErr w:type="spellStart"/>
            <w:r>
              <w:rPr>
                <w:b/>
                <w:color w:val="082B60"/>
                <w:sz w:val="19"/>
              </w:rPr>
              <w:t>abertura</w:t>
            </w:r>
            <w:proofErr w:type="spellEnd"/>
          </w:p>
        </w:tc>
        <w:tc>
          <w:tcPr>
            <w:tcW w:w="782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50CCD1A5" w14:textId="77777777" w:rsidR="00C333D6" w:rsidRDefault="00C333D6">
            <w:pPr>
              <w:spacing w:after="0" w:line="240" w:lineRule="auto"/>
            </w:pPr>
          </w:p>
        </w:tc>
      </w:tr>
      <w:tr w:rsidR="00C333D6" w14:paraId="5539FDEC" w14:textId="77777777">
        <w:trPr>
          <w:cantSplit/>
          <w:trHeight w:hRule="exact" w:val="461"/>
          <w:jc w:val="center"/>
        </w:trPr>
        <w:tc>
          <w:tcPr>
            <w:tcW w:w="238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236F76EE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>Frase final</w:t>
            </w:r>
          </w:p>
        </w:tc>
        <w:tc>
          <w:tcPr>
            <w:tcW w:w="7824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30" w:type="dxa"/>
              <w:left w:w="70" w:type="dxa"/>
              <w:bottom w:w="30" w:type="dxa"/>
              <w:right w:w="70" w:type="dxa"/>
            </w:tcMar>
          </w:tcPr>
          <w:p w14:paraId="06325D82" w14:textId="77777777" w:rsidR="00C333D6" w:rsidRDefault="00C333D6">
            <w:pPr>
              <w:spacing w:after="0" w:line="240" w:lineRule="auto"/>
            </w:pPr>
          </w:p>
        </w:tc>
      </w:tr>
    </w:tbl>
    <w:p w14:paraId="2CCF1B54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74EDB2F1" w14:textId="77777777">
        <w:trPr>
          <w:jc w:val="center"/>
        </w:trPr>
        <w:tc>
          <w:tcPr>
            <w:tcW w:w="10206" w:type="dxa"/>
            <w:tcBorders>
              <w:top w:val="single" w:sz="4" w:space="0" w:color="F58220"/>
              <w:left w:val="single" w:sz="4" w:space="0" w:color="F58220"/>
              <w:bottom w:val="single" w:sz="4" w:space="0" w:color="F58220"/>
              <w:right w:val="single" w:sz="4" w:space="0" w:color="F58220"/>
            </w:tcBorders>
            <w:shd w:val="clear" w:color="auto" w:fill="F5822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20584221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6. REFLEXÃO FINAL</w:t>
            </w:r>
          </w:p>
        </w:tc>
      </w:tr>
    </w:tbl>
    <w:p w14:paraId="5DF6C847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20028563" w14:textId="77777777">
        <w:trPr>
          <w:cantSplit/>
          <w:trHeight w:hRule="exact" w:val="432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EAF1FB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5F6E2807" w14:textId="77777777" w:rsidR="00C333D6" w:rsidRDefault="0073266C">
            <w:pPr>
              <w:spacing w:after="0" w:line="240" w:lineRule="auto"/>
            </w:pPr>
            <w:r>
              <w:rPr>
                <w:b/>
                <w:color w:val="082B60"/>
                <w:sz w:val="19"/>
              </w:rPr>
              <w:t xml:space="preserve">Completa a </w:t>
            </w:r>
            <w:proofErr w:type="spellStart"/>
            <w:r>
              <w:rPr>
                <w:b/>
                <w:color w:val="082B60"/>
                <w:sz w:val="19"/>
              </w:rPr>
              <w:t>frase</w:t>
            </w:r>
            <w:proofErr w:type="spellEnd"/>
            <w:r>
              <w:rPr>
                <w:b/>
                <w:color w:val="082B60"/>
                <w:sz w:val="19"/>
              </w:rPr>
              <w:t xml:space="preserve">: “Ser </w:t>
            </w:r>
            <w:proofErr w:type="spellStart"/>
            <w:r>
              <w:rPr>
                <w:b/>
                <w:color w:val="082B60"/>
                <w:sz w:val="19"/>
              </w:rPr>
              <w:t>voluntário</w:t>
            </w:r>
            <w:proofErr w:type="spellEnd"/>
            <w:r>
              <w:rPr>
                <w:b/>
                <w:color w:val="082B60"/>
                <w:sz w:val="19"/>
              </w:rPr>
              <w:t xml:space="preserve"> é </w:t>
            </w:r>
            <w:proofErr w:type="spellStart"/>
            <w:r>
              <w:rPr>
                <w:b/>
                <w:color w:val="082B60"/>
                <w:sz w:val="19"/>
              </w:rPr>
              <w:t>importante</w:t>
            </w:r>
            <w:proofErr w:type="spellEnd"/>
            <w:r>
              <w:rPr>
                <w:b/>
                <w:color w:val="082B60"/>
                <w:sz w:val="19"/>
              </w:rPr>
              <w:t xml:space="preserve"> </w:t>
            </w:r>
            <w:proofErr w:type="spellStart"/>
            <w:r>
              <w:rPr>
                <w:b/>
                <w:color w:val="082B60"/>
                <w:sz w:val="19"/>
              </w:rPr>
              <w:t>porque</w:t>
            </w:r>
            <w:proofErr w:type="spellEnd"/>
            <w:r>
              <w:rPr>
                <w:b/>
                <w:color w:val="082B60"/>
                <w:sz w:val="19"/>
              </w:rPr>
              <w:t>...”</w:t>
            </w:r>
          </w:p>
        </w:tc>
      </w:tr>
      <w:tr w:rsidR="00C333D6" w14:paraId="46CA8E41" w14:textId="77777777">
        <w:trPr>
          <w:cantSplit/>
          <w:trHeight w:hRule="exact" w:val="691"/>
          <w:jc w:val="center"/>
        </w:trPr>
        <w:tc>
          <w:tcPr>
            <w:tcW w:w="10206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shd w:val="clear" w:color="auto" w:fill="FFFFFF"/>
            <w:tcMar>
              <w:top w:w="35" w:type="dxa"/>
              <w:left w:w="70" w:type="dxa"/>
              <w:bottom w:w="35" w:type="dxa"/>
              <w:right w:w="70" w:type="dxa"/>
            </w:tcMar>
          </w:tcPr>
          <w:p w14:paraId="1BC3EF93" w14:textId="77777777" w:rsidR="00C333D6" w:rsidRDefault="00C333D6">
            <w:pPr>
              <w:spacing w:after="0" w:line="240" w:lineRule="auto"/>
            </w:pPr>
          </w:p>
        </w:tc>
      </w:tr>
    </w:tbl>
    <w:p w14:paraId="63C021C3" w14:textId="77777777" w:rsidR="00C333D6" w:rsidRDefault="00C333D6">
      <w:pPr>
        <w:spacing w:after="4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06"/>
      </w:tblGrid>
      <w:tr w:rsidR="00C333D6" w14:paraId="03EA5A03" w14:textId="77777777">
        <w:trPr>
          <w:jc w:val="center"/>
        </w:trPr>
        <w:tc>
          <w:tcPr>
            <w:tcW w:w="10206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80" w:type="dxa"/>
              <w:left w:w="130" w:type="dxa"/>
              <w:bottom w:w="80" w:type="dxa"/>
              <w:right w:w="130" w:type="dxa"/>
            </w:tcMar>
          </w:tcPr>
          <w:p w14:paraId="5CDC20FC" w14:textId="77777777" w:rsidR="00C333D6" w:rsidRDefault="0073266C">
            <w:pPr>
              <w:spacing w:after="0" w:line="240" w:lineRule="auto"/>
            </w:pPr>
            <w:r>
              <w:rPr>
                <w:b/>
                <w:color w:val="FFFFFF"/>
                <w:sz w:val="20"/>
              </w:rPr>
              <w:t>GRELHA SIMPLES DE APRECIAÇÃO</w:t>
            </w:r>
          </w:p>
        </w:tc>
      </w:tr>
    </w:tbl>
    <w:p w14:paraId="508BDF3C" w14:textId="77777777" w:rsidR="00C333D6" w:rsidRDefault="00C333D6">
      <w:pPr>
        <w:spacing w:after="8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180"/>
        <w:gridCol w:w="1247"/>
        <w:gridCol w:w="1701"/>
        <w:gridCol w:w="1077"/>
      </w:tblGrid>
      <w:tr w:rsidR="00C333D6" w14:paraId="50F931EA" w14:textId="77777777">
        <w:trPr>
          <w:trHeight w:hRule="exact" w:val="360"/>
          <w:jc w:val="center"/>
        </w:trPr>
        <w:tc>
          <w:tcPr>
            <w:tcW w:w="6180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FFD8D7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b/>
                <w:color w:val="FFFFFF"/>
                <w:sz w:val="17"/>
              </w:rPr>
              <w:t>Critério</w:t>
            </w:r>
            <w:proofErr w:type="spellEnd"/>
          </w:p>
        </w:tc>
        <w:tc>
          <w:tcPr>
            <w:tcW w:w="1247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22E73FE" w14:textId="77777777" w:rsidR="00C333D6" w:rsidRDefault="0073266C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7"/>
              </w:rPr>
              <w:t>Sim</w:t>
            </w:r>
          </w:p>
        </w:tc>
        <w:tc>
          <w:tcPr>
            <w:tcW w:w="1701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B24A07B" w14:textId="77777777" w:rsidR="00C333D6" w:rsidRDefault="0073266C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Parcialmente</w:t>
            </w:r>
            <w:proofErr w:type="spellEnd"/>
          </w:p>
        </w:tc>
        <w:tc>
          <w:tcPr>
            <w:tcW w:w="1077" w:type="dxa"/>
            <w:tcBorders>
              <w:top w:val="single" w:sz="4" w:space="0" w:color="082B60"/>
              <w:left w:val="single" w:sz="4" w:space="0" w:color="082B60"/>
              <w:bottom w:val="single" w:sz="4" w:space="0" w:color="082B60"/>
              <w:right w:val="single" w:sz="4" w:space="0" w:color="082B60"/>
            </w:tcBorders>
            <w:shd w:val="clear" w:color="auto" w:fill="082B60"/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72D53EA" w14:textId="77777777" w:rsidR="00C333D6" w:rsidRDefault="0073266C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FFFFFF"/>
                <w:sz w:val="17"/>
              </w:rPr>
              <w:t>Não</w:t>
            </w:r>
            <w:proofErr w:type="spellEnd"/>
          </w:p>
        </w:tc>
      </w:tr>
      <w:tr w:rsidR="00C333D6" w14:paraId="05F52B28" w14:textId="77777777">
        <w:trPr>
          <w:cantSplit/>
          <w:trHeight w:hRule="exact" w:val="446"/>
          <w:jc w:val="center"/>
        </w:trPr>
        <w:tc>
          <w:tcPr>
            <w:tcW w:w="6180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2FCCC28" w14:textId="77777777" w:rsidR="00C333D6" w:rsidRDefault="0073266C">
            <w:pPr>
              <w:spacing w:after="0" w:line="240" w:lineRule="auto"/>
            </w:pPr>
            <w:r>
              <w:rPr>
                <w:sz w:val="17"/>
              </w:rPr>
              <w:t xml:space="preserve">A </w:t>
            </w:r>
            <w:proofErr w:type="spellStart"/>
            <w:r>
              <w:rPr>
                <w:sz w:val="17"/>
              </w:rPr>
              <w:t>proposta</w:t>
            </w:r>
            <w:proofErr w:type="spellEnd"/>
            <w:r>
              <w:rPr>
                <w:sz w:val="17"/>
              </w:rPr>
              <w:t xml:space="preserve"> é </w:t>
            </w:r>
            <w:proofErr w:type="spellStart"/>
            <w:r>
              <w:rPr>
                <w:sz w:val="17"/>
              </w:rPr>
              <w:t>clara</w:t>
            </w:r>
            <w:proofErr w:type="spellEnd"/>
            <w:r>
              <w:rPr>
                <w:sz w:val="17"/>
              </w:rPr>
              <w:t xml:space="preserve"> e </w:t>
            </w:r>
            <w:proofErr w:type="spellStart"/>
            <w:r>
              <w:rPr>
                <w:sz w:val="17"/>
              </w:rPr>
              <w:t>realista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24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730CE75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70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66D339F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07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66258CC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</w:tr>
      <w:tr w:rsidR="00C333D6" w14:paraId="5A5595A1" w14:textId="77777777">
        <w:trPr>
          <w:cantSplit/>
          <w:trHeight w:hRule="exact" w:val="562"/>
          <w:jc w:val="center"/>
        </w:trPr>
        <w:tc>
          <w:tcPr>
            <w:tcW w:w="6180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98554FB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sz w:val="17"/>
              </w:rPr>
              <w:t>Identifica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uma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necessidade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concreta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24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B19E48A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70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618DA7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07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883FB89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</w:tr>
      <w:tr w:rsidR="00C333D6" w14:paraId="2D90E829" w14:textId="77777777">
        <w:trPr>
          <w:cantSplit/>
          <w:trHeight w:hRule="exact" w:val="562"/>
          <w:jc w:val="center"/>
        </w:trPr>
        <w:tc>
          <w:tcPr>
            <w:tcW w:w="6180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05A19AE" w14:textId="77777777" w:rsidR="00C333D6" w:rsidRDefault="0073266C">
            <w:pPr>
              <w:spacing w:after="0" w:line="240" w:lineRule="auto"/>
            </w:pPr>
            <w:r>
              <w:rPr>
                <w:sz w:val="17"/>
              </w:rPr>
              <w:t xml:space="preserve">Define </w:t>
            </w:r>
            <w:proofErr w:type="spellStart"/>
            <w:r>
              <w:rPr>
                <w:sz w:val="17"/>
              </w:rPr>
              <w:t>objetivos</w:t>
            </w:r>
            <w:proofErr w:type="spellEnd"/>
            <w:r>
              <w:rPr>
                <w:sz w:val="17"/>
              </w:rPr>
              <w:t xml:space="preserve"> simples e </w:t>
            </w:r>
            <w:proofErr w:type="spellStart"/>
            <w:r>
              <w:rPr>
                <w:sz w:val="17"/>
              </w:rPr>
              <w:t>possíveis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24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B97FA09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70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05FEC3B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07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F67FC9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</w:tr>
      <w:tr w:rsidR="00C333D6" w14:paraId="450FFA4F" w14:textId="77777777">
        <w:trPr>
          <w:cantSplit/>
          <w:trHeight w:hRule="exact" w:val="562"/>
          <w:jc w:val="center"/>
        </w:trPr>
        <w:tc>
          <w:tcPr>
            <w:tcW w:w="6180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B2731D5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sz w:val="17"/>
              </w:rPr>
              <w:t>Explica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bem</w:t>
            </w:r>
            <w:proofErr w:type="spellEnd"/>
            <w:r>
              <w:rPr>
                <w:sz w:val="17"/>
              </w:rPr>
              <w:t xml:space="preserve"> </w:t>
            </w:r>
            <w:proofErr w:type="gramStart"/>
            <w:r>
              <w:rPr>
                <w:sz w:val="17"/>
              </w:rPr>
              <w:t>a</w:t>
            </w:r>
            <w:proofErr w:type="gram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atividade</w:t>
            </w:r>
            <w:proofErr w:type="spellEnd"/>
            <w:r>
              <w:rPr>
                <w:sz w:val="17"/>
              </w:rPr>
              <w:t xml:space="preserve"> de </w:t>
            </w:r>
            <w:proofErr w:type="spellStart"/>
            <w:r>
              <w:rPr>
                <w:sz w:val="17"/>
              </w:rPr>
              <w:t>voluntariado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24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9AF700E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70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A6A7AFC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07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1FD14B3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</w:tr>
      <w:tr w:rsidR="00C333D6" w14:paraId="3939E8BE" w14:textId="77777777">
        <w:trPr>
          <w:cantSplit/>
          <w:trHeight w:hRule="exact" w:val="562"/>
          <w:jc w:val="center"/>
        </w:trPr>
        <w:tc>
          <w:tcPr>
            <w:tcW w:w="6180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11027607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sz w:val="17"/>
              </w:rPr>
              <w:t>Mostra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responsabilidade</w:t>
            </w:r>
            <w:proofErr w:type="spellEnd"/>
            <w:r>
              <w:rPr>
                <w:sz w:val="17"/>
              </w:rPr>
              <w:t xml:space="preserve"> e </w:t>
            </w:r>
            <w:proofErr w:type="spellStart"/>
            <w:r>
              <w:rPr>
                <w:sz w:val="17"/>
              </w:rPr>
              <w:t>cuidados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éticos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24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2676AF67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70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3233D97C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07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0A2B4670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</w:tr>
      <w:tr w:rsidR="00C333D6" w14:paraId="2F727299" w14:textId="77777777">
        <w:trPr>
          <w:cantSplit/>
          <w:trHeight w:hRule="exact" w:val="562"/>
          <w:jc w:val="center"/>
        </w:trPr>
        <w:tc>
          <w:tcPr>
            <w:tcW w:w="6180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DA28162" w14:textId="77777777" w:rsidR="00C333D6" w:rsidRDefault="0073266C">
            <w:pPr>
              <w:spacing w:after="0" w:line="240" w:lineRule="auto"/>
            </w:pPr>
            <w:proofErr w:type="spellStart"/>
            <w:r>
              <w:rPr>
                <w:sz w:val="17"/>
              </w:rPr>
              <w:t>Apresenta</w:t>
            </w:r>
            <w:proofErr w:type="spellEnd"/>
            <w:r>
              <w:rPr>
                <w:sz w:val="17"/>
              </w:rPr>
              <w:t xml:space="preserve"> o </w:t>
            </w:r>
            <w:proofErr w:type="spellStart"/>
            <w:r>
              <w:rPr>
                <w:sz w:val="17"/>
              </w:rPr>
              <w:t>projeto</w:t>
            </w:r>
            <w:proofErr w:type="spellEnd"/>
            <w:r>
              <w:rPr>
                <w:sz w:val="17"/>
              </w:rPr>
              <w:t xml:space="preserve"> de forma </w:t>
            </w:r>
            <w:proofErr w:type="spellStart"/>
            <w:r>
              <w:rPr>
                <w:sz w:val="17"/>
              </w:rPr>
              <w:t>organizada</w:t>
            </w:r>
            <w:proofErr w:type="spellEnd"/>
            <w:r>
              <w:rPr>
                <w:sz w:val="17"/>
              </w:rPr>
              <w:t>.</w:t>
            </w:r>
          </w:p>
        </w:tc>
        <w:tc>
          <w:tcPr>
            <w:tcW w:w="124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5E4A8DED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701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6D33AAB7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  <w:tc>
          <w:tcPr>
            <w:tcW w:w="1077" w:type="dxa"/>
            <w:tcBorders>
              <w:top w:val="single" w:sz="4" w:space="0" w:color="B8C2CC"/>
              <w:left w:val="single" w:sz="4" w:space="0" w:color="B8C2CC"/>
              <w:bottom w:val="single" w:sz="4" w:space="0" w:color="B8C2CC"/>
              <w:right w:val="single" w:sz="4" w:space="0" w:color="B8C2CC"/>
            </w:tcBorders>
            <w:tcMar>
              <w:top w:w="18" w:type="dxa"/>
              <w:left w:w="55" w:type="dxa"/>
              <w:bottom w:w="18" w:type="dxa"/>
              <w:right w:w="55" w:type="dxa"/>
            </w:tcMar>
          </w:tcPr>
          <w:p w14:paraId="722924B7" w14:textId="77777777" w:rsidR="00C333D6" w:rsidRDefault="0073266C">
            <w:pPr>
              <w:spacing w:after="0" w:line="240" w:lineRule="auto"/>
              <w:jc w:val="center"/>
            </w:pPr>
            <w:r>
              <w:rPr>
                <w:sz w:val="17"/>
              </w:rPr>
              <w:t>[  ]</w:t>
            </w:r>
          </w:p>
        </w:tc>
      </w:tr>
    </w:tbl>
    <w:p w14:paraId="54A323A2" w14:textId="77777777" w:rsidR="00C333D6" w:rsidRDefault="0073266C">
      <w:pPr>
        <w:spacing w:before="100" w:after="0" w:line="240" w:lineRule="auto"/>
      </w:pPr>
      <w:r>
        <w:rPr>
          <w:b/>
          <w:color w:val="0B2F63"/>
          <w:sz w:val="19"/>
        </w:rPr>
        <w:lastRenderedPageBreak/>
        <w:t xml:space="preserve">Local e </w:t>
      </w:r>
      <w:proofErr w:type="gramStart"/>
      <w:r>
        <w:rPr>
          <w:b/>
          <w:color w:val="0B2F63"/>
          <w:sz w:val="19"/>
        </w:rPr>
        <w:t xml:space="preserve">data: </w:t>
      </w:r>
      <w:r>
        <w:rPr>
          <w:sz w:val="19"/>
        </w:rPr>
        <w:t>_</w:t>
      </w:r>
      <w:proofErr w:type="gramEnd"/>
      <w:r>
        <w:rPr>
          <w:sz w:val="19"/>
        </w:rPr>
        <w:t>_____________________________</w:t>
      </w:r>
      <w:r>
        <w:rPr>
          <w:b/>
          <w:color w:val="0B2F63"/>
          <w:sz w:val="19"/>
        </w:rPr>
        <w:t xml:space="preserve">        </w:t>
      </w:r>
      <w:proofErr w:type="spellStart"/>
      <w:r>
        <w:rPr>
          <w:b/>
          <w:color w:val="0B2F63"/>
          <w:sz w:val="19"/>
        </w:rPr>
        <w:t>Assinatura</w:t>
      </w:r>
      <w:proofErr w:type="spellEnd"/>
      <w:r>
        <w:rPr>
          <w:b/>
          <w:color w:val="0B2F63"/>
          <w:sz w:val="19"/>
        </w:rPr>
        <w:t xml:space="preserve"> do/a </w:t>
      </w:r>
      <w:proofErr w:type="spellStart"/>
      <w:r>
        <w:rPr>
          <w:b/>
          <w:color w:val="0B2F63"/>
          <w:sz w:val="19"/>
        </w:rPr>
        <w:t>formando</w:t>
      </w:r>
      <w:proofErr w:type="spellEnd"/>
      <w:r>
        <w:rPr>
          <w:b/>
          <w:color w:val="0B2F63"/>
          <w:sz w:val="19"/>
        </w:rPr>
        <w:t xml:space="preserve">/a: </w:t>
      </w:r>
      <w:r>
        <w:rPr>
          <w:sz w:val="19"/>
        </w:rPr>
        <w:t>______________________________</w:t>
      </w:r>
    </w:p>
    <w:sectPr w:rsidR="00C333D6" w:rsidSect="00034616">
      <w:footerReference w:type="default" r:id="rId9"/>
      <w:pgSz w:w="11906" w:h="16838"/>
      <w:pgMar w:top="765" w:right="850" w:bottom="652" w:left="8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1ED3D" w14:textId="77777777" w:rsidR="00394CE9" w:rsidRDefault="00394CE9">
      <w:pPr>
        <w:spacing w:after="0" w:line="240" w:lineRule="auto"/>
      </w:pPr>
      <w:r>
        <w:separator/>
      </w:r>
    </w:p>
  </w:endnote>
  <w:endnote w:type="continuationSeparator" w:id="0">
    <w:p w14:paraId="3B68C1F0" w14:textId="77777777" w:rsidR="00394CE9" w:rsidRDefault="00394C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E3943" w14:textId="77777777" w:rsidR="00C333D6" w:rsidRPr="00B5125E" w:rsidRDefault="0073266C">
    <w:pPr>
      <w:pStyle w:val="Rodap"/>
      <w:jc w:val="center"/>
      <w:rPr>
        <w:lang w:val="pt-PT"/>
      </w:rPr>
    </w:pPr>
    <w:r w:rsidRPr="00B5125E">
      <w:rPr>
        <w:color w:val="52616B"/>
        <w:sz w:val="17"/>
        <w:lang w:val="pt-PT"/>
      </w:rPr>
      <w:t>APEFP | A Ética Prática: Filosofia do Voluntariado | Ficha de trabalho individual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47FD" w14:textId="77777777" w:rsidR="00394CE9" w:rsidRDefault="00394CE9">
      <w:pPr>
        <w:spacing w:after="0" w:line="240" w:lineRule="auto"/>
      </w:pPr>
      <w:r>
        <w:separator/>
      </w:r>
    </w:p>
  </w:footnote>
  <w:footnote w:type="continuationSeparator" w:id="0">
    <w:p w14:paraId="0C139B52" w14:textId="77777777" w:rsidR="00394CE9" w:rsidRDefault="00394C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mmarc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mmarc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mmarc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7269540">
    <w:abstractNumId w:val="8"/>
  </w:num>
  <w:num w:numId="2" w16cid:durableId="1702634829">
    <w:abstractNumId w:val="6"/>
  </w:num>
  <w:num w:numId="3" w16cid:durableId="1978681898">
    <w:abstractNumId w:val="5"/>
  </w:num>
  <w:num w:numId="4" w16cid:durableId="773793080">
    <w:abstractNumId w:val="4"/>
  </w:num>
  <w:num w:numId="5" w16cid:durableId="1553535294">
    <w:abstractNumId w:val="7"/>
  </w:num>
  <w:num w:numId="6" w16cid:durableId="1596327161">
    <w:abstractNumId w:val="3"/>
  </w:num>
  <w:num w:numId="7" w16cid:durableId="562252754">
    <w:abstractNumId w:val="2"/>
  </w:num>
  <w:num w:numId="8" w16cid:durableId="159734719">
    <w:abstractNumId w:val="1"/>
  </w:num>
  <w:num w:numId="9" w16cid:durableId="184111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0EC3"/>
    <w:rsid w:val="0029639D"/>
    <w:rsid w:val="00326F90"/>
    <w:rsid w:val="00394CE9"/>
    <w:rsid w:val="0073266C"/>
    <w:rsid w:val="007F2233"/>
    <w:rsid w:val="00AA1D8D"/>
    <w:rsid w:val="00B47730"/>
    <w:rsid w:val="00B5125E"/>
    <w:rsid w:val="00C333D6"/>
    <w:rsid w:val="00C54D1C"/>
    <w:rsid w:val="00CA65E3"/>
    <w:rsid w:val="00CB0664"/>
    <w:rsid w:val="00D13CB5"/>
    <w:rsid w:val="00DA6AE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45E29"/>
  <w14:defaultImageDpi w14:val="300"/>
  <w15:docId w15:val="{FA686ED4-11DE-44E1-B9E3-BB2D6E69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color w:val="1F2933"/>
      <w:sz w:val="21"/>
    </w:rPr>
  </w:style>
  <w:style w:type="paragraph" w:styleId="Ttulo1">
    <w:name w:val="heading 1"/>
    <w:basedOn w:val="Normal"/>
    <w:next w:val="Normal"/>
    <w:link w:val="Ttulo1Car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E618BF"/>
  </w:style>
  <w:style w:type="paragraph" w:styleId="Rodap">
    <w:name w:val="footer"/>
    <w:basedOn w:val="Normal"/>
    <w:link w:val="RodapCar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ter">
    <w:name w:val="Título 1 Caráter"/>
    <w:basedOn w:val="Tipodeletrapredefinidodopargraf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99"/>
    <w:unhideWhenUsed/>
    <w:rsid w:val="00AA1D8D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AA1D8D"/>
  </w:style>
  <w:style w:type="paragraph" w:styleId="Corpodetexto2">
    <w:name w:val="Body Text 2"/>
    <w:basedOn w:val="Normal"/>
    <w:link w:val="Corpodetexto2Carter"/>
    <w:uiPriority w:val="99"/>
    <w:unhideWhenUsed/>
    <w:rsid w:val="00AA1D8D"/>
    <w:pPr>
      <w:spacing w:after="120" w:line="480" w:lineRule="auto"/>
    </w:pPr>
  </w:style>
  <w:style w:type="character" w:customStyle="1" w:styleId="Corpodetexto2Carter">
    <w:name w:val="Corpo de texto 2 Caráter"/>
    <w:basedOn w:val="Tipodeletrapredefinidodopargrafo"/>
    <w:link w:val="Corpodetexto2"/>
    <w:uiPriority w:val="99"/>
    <w:rsid w:val="00AA1D8D"/>
  </w:style>
  <w:style w:type="paragraph" w:styleId="Corpodetexto3">
    <w:name w:val="Body Text 3"/>
    <w:basedOn w:val="Normal"/>
    <w:link w:val="Corpodetexto3Car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mmarc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mmarc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mmarc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ar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arter">
    <w:name w:val="Texto de macro Caráter"/>
    <w:basedOn w:val="Tipodeletrapredefinidodopargraf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arter"/>
    <w:uiPriority w:val="29"/>
    <w:qFormat/>
    <w:rsid w:val="00FC693F"/>
    <w:rPr>
      <w:i/>
      <w:iCs/>
      <w:color w:val="000000" w:themeColor="text1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Tipodeletrapredefinidodopargrafo"/>
    <w:uiPriority w:val="22"/>
    <w:qFormat/>
    <w:rsid w:val="00FC693F"/>
    <w:rPr>
      <w:b/>
      <w:bCs/>
    </w:rPr>
  </w:style>
  <w:style w:type="character" w:styleId="nfase">
    <w:name w:val="Emphasis"/>
    <w:basedOn w:val="Tipodeletrapredefinidodopargraf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Discreta">
    <w:name w:val="Subtle Emphasis"/>
    <w:basedOn w:val="Tipodeletrapredefinidodopargraf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Tipodeletrapredefinidodopargraf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FC693F"/>
    <w:rPr>
      <w:b/>
      <w:bCs/>
      <w:smallCaps/>
      <w:spacing w:val="5"/>
    </w:rPr>
  </w:style>
  <w:style w:type="paragraph" w:styleId="Cabealhodondice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elha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Cor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Cor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Cor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Cor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Cor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Cor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Cor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Cor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Cor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Cor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Cor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Cor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elha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elhaClara-Cor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elhaClara-Cor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elhaClara-Cor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elhaClara-Cor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elhaClara-Cor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elhaClara-Cor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1-Cor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dio2-Cor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Cor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Cor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Cor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Cor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Cor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Cor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Cor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elha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Mdia1-Cor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Mdia1-Cor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Mdia1-Cor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Mdia1-Cor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Mdia1-Cor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Mdia1-Cor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elha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2-Cor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elha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elhaMdia3-Cor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elhaMdia3-Cor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elhaMdia3-Cor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elhaMdia3-Cor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elhaMdia3-Cor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elhaMdia3-Cor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Cor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Cor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Cor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Cor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Cor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Cor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Colorido-Cor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Colorido-Cor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Cor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Cor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Cor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Cor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Cor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Cor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elha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elhaColorida-Cor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elhaColorida-Cor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elhaColorida-Cor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elhaColorida-Cor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elhaColorida-Cor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elhaColorida-Cor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trabalho individual - Miniprojeto de Voluntariado</dc:title>
  <dc:subject>A Ética Prática: Filosofia do Voluntariado como Didática de uma Educação Inclusiva - 15 horas acreditadas</dc:subject>
  <dc:creator>APEFP</dc:creator>
  <cp:keywords/>
  <dc:description>generated by python-docx</dc:description>
  <cp:lastModifiedBy>APEFP Braga</cp:lastModifiedBy>
  <cp:revision>2</cp:revision>
  <dcterms:created xsi:type="dcterms:W3CDTF">2026-07-17T13:31:00Z</dcterms:created>
  <dcterms:modified xsi:type="dcterms:W3CDTF">2026-07-17T13:31:00Z</dcterms:modified>
  <cp:category/>
</cp:coreProperties>
</file>